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478CA" w14:textId="06B9F46A" w:rsidR="00304400" w:rsidRDefault="001745AC">
      <w:pPr>
        <w:spacing w:after="320"/>
        <w:jc w:val="center"/>
        <w:rPr>
          <w:b/>
          <w:sz w:val="34"/>
        </w:rPr>
      </w:pPr>
      <w:r>
        <w:rPr>
          <w:b/>
          <w:sz w:val="34"/>
        </w:rPr>
        <w:t>KRÚŽKY V ŠKOLSKOM ROKU 2026/2027</w:t>
      </w:r>
    </w:p>
    <w:p w14:paraId="26E249F2" w14:textId="77777777" w:rsidR="008D5151" w:rsidRDefault="008D5151">
      <w:pPr>
        <w:spacing w:after="320"/>
        <w:jc w:val="center"/>
      </w:pPr>
    </w:p>
    <w:p w14:paraId="6FCACD2C" w14:textId="29E595B8" w:rsidR="00304400" w:rsidRPr="008D5151" w:rsidRDefault="001745AC">
      <w:pPr>
        <w:spacing w:after="360"/>
        <w:jc w:val="center"/>
        <w:rPr>
          <w:lang w:val="sk-SK"/>
        </w:rPr>
      </w:pPr>
      <w:r>
        <w:t xml:space="preserve">Aj v školskom roku 2026/2027 ponúkame deťom našej materskej školy možnosť rozvíjať svoje schopnosti, tvorivosť, pohybové zručnosti a záujmy </w:t>
      </w:r>
      <w:r w:rsidRPr="008D5151">
        <w:rPr>
          <w:lang w:val="sk-SK"/>
        </w:rPr>
        <w:t>prostredníctvom rôznych záujmových krúžkov.</w:t>
      </w:r>
    </w:p>
    <w:p w14:paraId="67AD8451" w14:textId="77777777" w:rsidR="008D5151" w:rsidRDefault="008D5151">
      <w:pPr>
        <w:spacing w:after="360"/>
        <w:jc w:val="center"/>
      </w:pPr>
    </w:p>
    <w:p w14:paraId="522E117C" w14:textId="77777777" w:rsidR="00304400" w:rsidRDefault="001745AC">
      <w:pPr>
        <w:spacing w:after="40"/>
        <w:jc w:val="center"/>
      </w:pPr>
      <w:r>
        <w:rPr>
          <w:b/>
          <w:sz w:val="28"/>
        </w:rPr>
        <w:t>Športový krúžok</w:t>
      </w:r>
    </w:p>
    <w:p w14:paraId="4C61AFAB" w14:textId="77777777" w:rsidR="00304400" w:rsidRDefault="001745AC">
      <w:pPr>
        <w:spacing w:after="280"/>
        <w:ind w:left="567" w:right="567"/>
        <w:jc w:val="center"/>
      </w:pPr>
      <w:r>
        <w:rPr>
          <w:sz w:val="22"/>
        </w:rPr>
        <w:t xml:space="preserve">Rozvíjame </w:t>
      </w:r>
      <w:r>
        <w:rPr>
          <w:sz w:val="22"/>
        </w:rPr>
        <w:t>pohybové schopnosti, obratnosť a radosť z pohybu.</w:t>
      </w:r>
    </w:p>
    <w:p w14:paraId="5A9D02FE" w14:textId="77777777" w:rsidR="00304400" w:rsidRDefault="001745AC">
      <w:pPr>
        <w:spacing w:after="40"/>
        <w:jc w:val="center"/>
      </w:pPr>
      <w:r>
        <w:rPr>
          <w:b/>
          <w:sz w:val="28"/>
        </w:rPr>
        <w:t>Slovenský jazyk</w:t>
      </w:r>
    </w:p>
    <w:p w14:paraId="5488BC3D" w14:textId="77777777" w:rsidR="00304400" w:rsidRDefault="001745AC">
      <w:pPr>
        <w:spacing w:after="280"/>
        <w:ind w:left="567" w:right="567"/>
        <w:jc w:val="center"/>
      </w:pPr>
      <w:r>
        <w:rPr>
          <w:sz w:val="22"/>
        </w:rPr>
        <w:t>Hravou formou si deti rozvíjajú slovnú zásobu a komunikačné schopnosti.</w:t>
      </w:r>
    </w:p>
    <w:p w14:paraId="1CAA5491" w14:textId="77777777" w:rsidR="00304400" w:rsidRDefault="001745AC">
      <w:pPr>
        <w:spacing w:after="40"/>
        <w:jc w:val="center"/>
      </w:pPr>
      <w:r>
        <w:rPr>
          <w:b/>
          <w:sz w:val="28"/>
        </w:rPr>
        <w:t>Anglický jazyk</w:t>
      </w:r>
    </w:p>
    <w:p w14:paraId="4D7B0170" w14:textId="77777777" w:rsidR="00304400" w:rsidRDefault="001745AC">
      <w:pPr>
        <w:spacing w:after="280"/>
        <w:ind w:left="567" w:right="567"/>
        <w:jc w:val="center"/>
      </w:pPr>
      <w:r>
        <w:rPr>
          <w:sz w:val="22"/>
        </w:rPr>
        <w:t>Deti sa hravou a zábavnou formou zoznamujú so základmi anglického jazyka.</w:t>
      </w:r>
    </w:p>
    <w:p w14:paraId="02F2F976" w14:textId="77777777" w:rsidR="00304400" w:rsidRDefault="001745AC">
      <w:pPr>
        <w:spacing w:after="40"/>
        <w:jc w:val="center"/>
      </w:pPr>
      <w:r>
        <w:rPr>
          <w:b/>
          <w:sz w:val="28"/>
        </w:rPr>
        <w:t>Moderný tanec</w:t>
      </w:r>
    </w:p>
    <w:p w14:paraId="3E58DA31" w14:textId="77777777" w:rsidR="00304400" w:rsidRDefault="001745AC">
      <w:pPr>
        <w:spacing w:after="280"/>
        <w:ind w:left="567" w:right="567"/>
        <w:jc w:val="center"/>
      </w:pPr>
      <w:r>
        <w:rPr>
          <w:sz w:val="22"/>
        </w:rPr>
        <w:t>Tanec podporuje</w:t>
      </w:r>
      <w:r>
        <w:rPr>
          <w:sz w:val="22"/>
        </w:rPr>
        <w:t xml:space="preserve"> pohyb, rytmus, tvorivosť a sebavyjadrenie detí.</w:t>
      </w:r>
    </w:p>
    <w:p w14:paraId="71B757BA" w14:textId="77777777" w:rsidR="00304400" w:rsidRDefault="001745AC">
      <w:pPr>
        <w:spacing w:after="40"/>
        <w:jc w:val="center"/>
      </w:pPr>
      <w:r>
        <w:rPr>
          <w:b/>
          <w:sz w:val="28"/>
        </w:rPr>
        <w:t>Šikovné ruky</w:t>
      </w:r>
    </w:p>
    <w:p w14:paraId="21AD67D1" w14:textId="77777777" w:rsidR="00304400" w:rsidRDefault="001745AC">
      <w:pPr>
        <w:spacing w:after="280"/>
        <w:ind w:left="567" w:right="567"/>
        <w:jc w:val="center"/>
      </w:pPr>
      <w:r>
        <w:rPr>
          <w:sz w:val="22"/>
        </w:rPr>
        <w:t>Pri tvorivých činnostiach deti rozvíjajú svoju fantáziu, jemnú motoriku a zručnosť.</w:t>
      </w:r>
    </w:p>
    <w:sectPr w:rsidR="00304400" w:rsidSect="00034616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5AC"/>
    <w:rsid w:val="0029639D"/>
    <w:rsid w:val="00304400"/>
    <w:rsid w:val="00326F90"/>
    <w:rsid w:val="008D515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739BD"/>
  <w14:defaultImageDpi w14:val="300"/>
  <w15:docId w15:val="{BB854354-A46D-46BC-980A-984DA77E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Váradyová</cp:lastModifiedBy>
  <cp:revision>2</cp:revision>
  <dcterms:created xsi:type="dcterms:W3CDTF">2026-10-08T12:18:00Z</dcterms:created>
  <dcterms:modified xsi:type="dcterms:W3CDTF">2026-10-08T12:18:00Z</dcterms:modified>
  <cp:category/>
</cp:coreProperties>
</file>