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04D96D" w14:textId="166DF955" w:rsidR="00787AB1" w:rsidRPr="007A67C2" w:rsidRDefault="00141849" w:rsidP="00086749">
      <w:pPr>
        <w:spacing w:after="0" w:line="240" w:lineRule="auto"/>
        <w:jc w:val="center"/>
        <w:rPr>
          <w:rFonts w:ascii="Times New Roman" w:hAnsi="Times New Roman" w:cs="Times New Roman"/>
          <w:b/>
          <w:bCs/>
          <w:sz w:val="24"/>
          <w:szCs w:val="24"/>
        </w:rPr>
      </w:pPr>
      <w:r w:rsidRPr="007A67C2">
        <w:rPr>
          <w:rFonts w:ascii="Times New Roman" w:hAnsi="Times New Roman" w:cs="Times New Roman"/>
          <w:b/>
          <w:bCs/>
          <w:sz w:val="24"/>
          <w:szCs w:val="24"/>
        </w:rPr>
        <w:t>ŠTATÚT RADY ŠKOLY</w:t>
      </w:r>
    </w:p>
    <w:p w14:paraId="4F762839" w14:textId="5838C378" w:rsidR="00787AB1" w:rsidRPr="007A67C2" w:rsidRDefault="00190585" w:rsidP="00086749">
      <w:pPr>
        <w:pBdr>
          <w:bottom w:val="single" w:sz="4" w:space="1" w:color="auto"/>
        </w:pBdr>
        <w:spacing w:after="0" w:line="240" w:lineRule="auto"/>
        <w:jc w:val="center"/>
        <w:rPr>
          <w:rFonts w:ascii="Times New Roman" w:hAnsi="Times New Roman" w:cs="Times New Roman"/>
          <w:sz w:val="24"/>
          <w:szCs w:val="24"/>
        </w:rPr>
      </w:pPr>
      <w:r w:rsidRPr="007A67C2">
        <w:rPr>
          <w:rFonts w:ascii="Times New Roman" w:hAnsi="Times New Roman" w:cs="Times New Roman"/>
          <w:sz w:val="24"/>
          <w:szCs w:val="24"/>
        </w:rPr>
        <w:t>podľa  zákona  č. 321/2025 Z. z. o školskej správe a o zmene a doplnení niektorých zákonov (ďalej len „</w:t>
      </w:r>
      <w:r w:rsidRPr="007A67C2">
        <w:rPr>
          <w:rFonts w:ascii="Times New Roman" w:hAnsi="Times New Roman" w:cs="Times New Roman"/>
          <w:b/>
          <w:bCs/>
          <w:i/>
          <w:iCs/>
          <w:sz w:val="24"/>
          <w:szCs w:val="24"/>
        </w:rPr>
        <w:t>zákon</w:t>
      </w:r>
      <w:r w:rsidRPr="007A67C2">
        <w:rPr>
          <w:rFonts w:ascii="Times New Roman" w:hAnsi="Times New Roman" w:cs="Times New Roman"/>
          <w:sz w:val="24"/>
          <w:szCs w:val="24"/>
        </w:rPr>
        <w:t>“)</w:t>
      </w:r>
    </w:p>
    <w:p w14:paraId="02F1FED5" w14:textId="77777777" w:rsidR="00787AB1" w:rsidRPr="007A67C2" w:rsidRDefault="00787AB1" w:rsidP="00086749">
      <w:pPr>
        <w:spacing w:after="0" w:line="240" w:lineRule="auto"/>
        <w:jc w:val="both"/>
        <w:rPr>
          <w:rFonts w:ascii="Times New Roman" w:hAnsi="Times New Roman" w:cs="Times New Roman"/>
          <w:sz w:val="24"/>
          <w:szCs w:val="24"/>
        </w:rPr>
      </w:pPr>
    </w:p>
    <w:p w14:paraId="3201154D" w14:textId="77777777" w:rsidR="00190585" w:rsidRPr="007A67C2" w:rsidRDefault="00190585" w:rsidP="00086749">
      <w:pPr>
        <w:spacing w:after="0" w:line="240" w:lineRule="auto"/>
        <w:jc w:val="center"/>
        <w:rPr>
          <w:rFonts w:ascii="Times New Roman" w:hAnsi="Times New Roman" w:cs="Times New Roman"/>
          <w:b/>
          <w:bCs/>
          <w:sz w:val="24"/>
          <w:szCs w:val="24"/>
        </w:rPr>
      </w:pPr>
    </w:p>
    <w:p w14:paraId="18C9E8FA" w14:textId="14AFA95D" w:rsidR="00787AB1" w:rsidRPr="007A67C2" w:rsidRDefault="00141849" w:rsidP="00086749">
      <w:pPr>
        <w:spacing w:after="0" w:line="240" w:lineRule="auto"/>
        <w:jc w:val="center"/>
        <w:rPr>
          <w:rFonts w:ascii="Times New Roman" w:hAnsi="Times New Roman" w:cs="Times New Roman"/>
          <w:b/>
          <w:bCs/>
          <w:sz w:val="24"/>
          <w:szCs w:val="24"/>
        </w:rPr>
      </w:pPr>
      <w:r w:rsidRPr="007A67C2">
        <w:rPr>
          <w:rFonts w:ascii="Times New Roman" w:hAnsi="Times New Roman" w:cs="Times New Roman"/>
          <w:b/>
          <w:bCs/>
          <w:sz w:val="24"/>
          <w:szCs w:val="24"/>
        </w:rPr>
        <w:t>Čl. 1</w:t>
      </w:r>
    </w:p>
    <w:p w14:paraId="14FB901F" w14:textId="77777777" w:rsidR="00787AB1" w:rsidRPr="007A67C2" w:rsidRDefault="00141849" w:rsidP="00086749">
      <w:pPr>
        <w:spacing w:after="0" w:line="240" w:lineRule="auto"/>
        <w:jc w:val="center"/>
        <w:rPr>
          <w:rFonts w:ascii="Times New Roman" w:hAnsi="Times New Roman" w:cs="Times New Roman"/>
          <w:b/>
          <w:bCs/>
          <w:sz w:val="24"/>
          <w:szCs w:val="24"/>
        </w:rPr>
      </w:pPr>
      <w:r w:rsidRPr="007A67C2">
        <w:rPr>
          <w:rFonts w:ascii="Times New Roman" w:hAnsi="Times New Roman" w:cs="Times New Roman"/>
          <w:b/>
          <w:bCs/>
          <w:sz w:val="24"/>
          <w:szCs w:val="24"/>
        </w:rPr>
        <w:t>Základné ustanovenia</w:t>
      </w:r>
    </w:p>
    <w:p w14:paraId="48967974" w14:textId="77777777" w:rsidR="00190585" w:rsidRPr="007A67C2" w:rsidRDefault="00190585" w:rsidP="00086749">
      <w:pPr>
        <w:spacing w:after="0" w:line="240" w:lineRule="auto"/>
        <w:jc w:val="center"/>
        <w:rPr>
          <w:rFonts w:ascii="Times New Roman" w:hAnsi="Times New Roman" w:cs="Times New Roman"/>
          <w:b/>
          <w:bCs/>
          <w:sz w:val="24"/>
          <w:szCs w:val="24"/>
        </w:rPr>
      </w:pPr>
    </w:p>
    <w:p w14:paraId="287E3F65" w14:textId="66572281" w:rsidR="007A67C2" w:rsidRPr="00142871" w:rsidRDefault="00141849">
      <w:pPr>
        <w:pStyle w:val="Odsekzoznamu"/>
        <w:numPr>
          <w:ilvl w:val="0"/>
          <w:numId w:val="26"/>
        </w:numPr>
        <w:ind w:left="426"/>
        <w:rPr>
          <w:rFonts w:ascii="Times New Roman" w:hAnsi="Times New Roman" w:cs="Times New Roman"/>
          <w:b/>
          <w:bCs/>
          <w:sz w:val="24"/>
          <w:szCs w:val="24"/>
        </w:rPr>
      </w:pPr>
      <w:r w:rsidRPr="00313D95">
        <w:rPr>
          <w:rFonts w:ascii="Times New Roman" w:hAnsi="Times New Roman" w:cs="Times New Roman"/>
          <w:sz w:val="24"/>
          <w:szCs w:val="24"/>
        </w:rPr>
        <w:t xml:space="preserve">Rada školy sa ustanovuje pri </w:t>
      </w:r>
      <w:r w:rsidRPr="00313D95">
        <w:rPr>
          <w:rFonts w:ascii="Times New Roman" w:hAnsi="Times New Roman" w:cs="Times New Roman"/>
          <w:b/>
          <w:bCs/>
          <w:sz w:val="24"/>
          <w:szCs w:val="24"/>
        </w:rPr>
        <w:t xml:space="preserve">Materskej škole – </w:t>
      </w:r>
      <w:proofErr w:type="spellStart"/>
      <w:r w:rsidRPr="00313D95">
        <w:rPr>
          <w:rFonts w:ascii="Times New Roman" w:hAnsi="Times New Roman" w:cs="Times New Roman"/>
          <w:b/>
          <w:bCs/>
          <w:sz w:val="24"/>
          <w:szCs w:val="24"/>
        </w:rPr>
        <w:t>Óvoda</w:t>
      </w:r>
      <w:proofErr w:type="spellEnd"/>
      <w:r w:rsidRPr="00313D95">
        <w:rPr>
          <w:rFonts w:ascii="Times New Roman" w:hAnsi="Times New Roman" w:cs="Times New Roman"/>
          <w:b/>
          <w:bCs/>
          <w:sz w:val="24"/>
          <w:szCs w:val="24"/>
        </w:rPr>
        <w:t xml:space="preserve">, </w:t>
      </w:r>
      <w:r w:rsidR="009E5594">
        <w:rPr>
          <w:rFonts w:ascii="Times New Roman" w:hAnsi="Times New Roman" w:cs="Times New Roman"/>
          <w:b/>
          <w:bCs/>
          <w:sz w:val="24"/>
          <w:szCs w:val="24"/>
        </w:rPr>
        <w:t>Ružový háj 1359/19</w:t>
      </w:r>
      <w:r w:rsidRPr="00142871">
        <w:rPr>
          <w:rFonts w:ascii="Times New Roman" w:hAnsi="Times New Roman" w:cs="Times New Roman"/>
          <w:b/>
          <w:bCs/>
          <w:sz w:val="24"/>
          <w:szCs w:val="24"/>
        </w:rPr>
        <w:t>, 929 01 Dunajská Streda (ďalej len „</w:t>
      </w:r>
      <w:r w:rsidR="00F83896" w:rsidRPr="00142871">
        <w:rPr>
          <w:rFonts w:ascii="Times New Roman" w:hAnsi="Times New Roman" w:cs="Times New Roman"/>
          <w:b/>
          <w:bCs/>
          <w:i/>
          <w:iCs/>
          <w:sz w:val="24"/>
          <w:szCs w:val="24"/>
        </w:rPr>
        <w:t>r</w:t>
      </w:r>
      <w:r w:rsidRPr="00142871">
        <w:rPr>
          <w:rFonts w:ascii="Times New Roman" w:hAnsi="Times New Roman" w:cs="Times New Roman"/>
          <w:b/>
          <w:bCs/>
          <w:i/>
          <w:iCs/>
          <w:sz w:val="24"/>
          <w:szCs w:val="24"/>
        </w:rPr>
        <w:t xml:space="preserve">ada </w:t>
      </w:r>
      <w:r w:rsidR="008F4ACC" w:rsidRPr="00142871">
        <w:rPr>
          <w:rFonts w:ascii="Times New Roman" w:hAnsi="Times New Roman" w:cs="Times New Roman"/>
          <w:b/>
          <w:bCs/>
          <w:i/>
          <w:iCs/>
          <w:sz w:val="24"/>
          <w:szCs w:val="24"/>
        </w:rPr>
        <w:t>školy</w:t>
      </w:r>
      <w:r w:rsidR="008F4ACC" w:rsidRPr="00142871">
        <w:rPr>
          <w:rFonts w:ascii="Times New Roman" w:hAnsi="Times New Roman" w:cs="Times New Roman"/>
          <w:b/>
          <w:bCs/>
          <w:sz w:val="24"/>
          <w:szCs w:val="24"/>
        </w:rPr>
        <w:t xml:space="preserve"> “</w:t>
      </w:r>
      <w:r w:rsidRPr="00142871">
        <w:rPr>
          <w:rFonts w:ascii="Times New Roman" w:hAnsi="Times New Roman" w:cs="Times New Roman"/>
          <w:b/>
          <w:bCs/>
          <w:sz w:val="24"/>
          <w:szCs w:val="24"/>
        </w:rPr>
        <w:t>).</w:t>
      </w:r>
    </w:p>
    <w:p w14:paraId="541B8438" w14:textId="6523C660" w:rsidR="00787AB1" w:rsidRPr="00313D95" w:rsidRDefault="00141849">
      <w:pPr>
        <w:pStyle w:val="Odsekzoznamu"/>
        <w:numPr>
          <w:ilvl w:val="0"/>
          <w:numId w:val="26"/>
        </w:numPr>
        <w:ind w:left="426"/>
        <w:rPr>
          <w:rFonts w:ascii="Times New Roman" w:hAnsi="Times New Roman" w:cs="Times New Roman"/>
          <w:sz w:val="24"/>
          <w:szCs w:val="24"/>
        </w:rPr>
      </w:pPr>
      <w:r w:rsidRPr="00313D95">
        <w:rPr>
          <w:rFonts w:ascii="Times New Roman" w:hAnsi="Times New Roman" w:cs="Times New Roman"/>
          <w:sz w:val="24"/>
          <w:szCs w:val="24"/>
        </w:rPr>
        <w:t>Sídlo rady školy je zhodné so sídlom školy</w:t>
      </w:r>
      <w:r w:rsidR="00117DF0" w:rsidRPr="00313D95">
        <w:rPr>
          <w:rFonts w:ascii="Times New Roman" w:hAnsi="Times New Roman" w:cs="Times New Roman"/>
          <w:sz w:val="24"/>
          <w:szCs w:val="24"/>
        </w:rPr>
        <w:t>, pri ktorej je ustanovená.</w:t>
      </w:r>
    </w:p>
    <w:p w14:paraId="3EAC35DB" w14:textId="77777777" w:rsidR="00787AB1" w:rsidRPr="007A67C2" w:rsidRDefault="00787AB1" w:rsidP="00086749">
      <w:pPr>
        <w:spacing w:after="0" w:line="240" w:lineRule="auto"/>
        <w:ind w:left="284" w:hanging="284"/>
        <w:jc w:val="both"/>
        <w:rPr>
          <w:rFonts w:ascii="Times New Roman" w:hAnsi="Times New Roman" w:cs="Times New Roman"/>
          <w:sz w:val="24"/>
          <w:szCs w:val="24"/>
        </w:rPr>
      </w:pPr>
    </w:p>
    <w:p w14:paraId="6F9AE068" w14:textId="77777777" w:rsidR="00787AB1" w:rsidRPr="007A67C2" w:rsidRDefault="00141849" w:rsidP="00086749">
      <w:pPr>
        <w:spacing w:after="0" w:line="240" w:lineRule="auto"/>
        <w:jc w:val="center"/>
        <w:rPr>
          <w:rFonts w:ascii="Times New Roman" w:hAnsi="Times New Roman" w:cs="Times New Roman"/>
          <w:b/>
          <w:bCs/>
          <w:sz w:val="24"/>
          <w:szCs w:val="24"/>
        </w:rPr>
      </w:pPr>
      <w:r w:rsidRPr="007A67C2">
        <w:rPr>
          <w:rFonts w:ascii="Times New Roman" w:hAnsi="Times New Roman" w:cs="Times New Roman"/>
          <w:b/>
          <w:bCs/>
          <w:sz w:val="24"/>
          <w:szCs w:val="24"/>
        </w:rPr>
        <w:t>Čl. 2</w:t>
      </w:r>
    </w:p>
    <w:p w14:paraId="4917489A" w14:textId="7AAD2E97" w:rsidR="00787AB1" w:rsidRPr="007A67C2" w:rsidRDefault="00141849" w:rsidP="00086749">
      <w:pPr>
        <w:spacing w:after="0" w:line="240" w:lineRule="auto"/>
        <w:jc w:val="center"/>
        <w:rPr>
          <w:rFonts w:ascii="Times New Roman" w:hAnsi="Times New Roman" w:cs="Times New Roman"/>
          <w:b/>
          <w:bCs/>
          <w:sz w:val="24"/>
          <w:szCs w:val="24"/>
        </w:rPr>
      </w:pPr>
      <w:r w:rsidRPr="007A67C2">
        <w:rPr>
          <w:rFonts w:ascii="Times New Roman" w:hAnsi="Times New Roman" w:cs="Times New Roman"/>
          <w:b/>
          <w:bCs/>
          <w:sz w:val="24"/>
          <w:szCs w:val="24"/>
        </w:rPr>
        <w:t>Pôsobnosť a poslanie rady školy</w:t>
      </w:r>
    </w:p>
    <w:p w14:paraId="3ED2F7D6" w14:textId="77777777" w:rsidR="00117DF0" w:rsidRPr="007A67C2" w:rsidRDefault="00117DF0" w:rsidP="00086749">
      <w:pPr>
        <w:spacing w:after="0" w:line="240" w:lineRule="auto"/>
        <w:jc w:val="center"/>
        <w:rPr>
          <w:rFonts w:ascii="Times New Roman" w:hAnsi="Times New Roman" w:cs="Times New Roman"/>
          <w:b/>
          <w:bCs/>
          <w:sz w:val="24"/>
          <w:szCs w:val="24"/>
        </w:rPr>
      </w:pPr>
    </w:p>
    <w:p w14:paraId="6BC080C0" w14:textId="5EEF47C6" w:rsidR="00117DF0" w:rsidRPr="007A67C2" w:rsidRDefault="00E557AB">
      <w:pPr>
        <w:numPr>
          <w:ilvl w:val="0"/>
          <w:numId w:val="7"/>
        </w:numPr>
        <w:spacing w:after="0" w:line="240" w:lineRule="auto"/>
        <w:ind w:left="567" w:hanging="567"/>
        <w:jc w:val="both"/>
        <w:rPr>
          <w:rFonts w:ascii="Times New Roman" w:hAnsi="Times New Roman" w:cs="Times New Roman"/>
          <w:sz w:val="24"/>
          <w:szCs w:val="24"/>
        </w:rPr>
      </w:pPr>
      <w:r w:rsidRPr="007A67C2">
        <w:rPr>
          <w:rFonts w:ascii="Times New Roman" w:hAnsi="Times New Roman" w:cs="Times New Roman"/>
          <w:sz w:val="24"/>
          <w:szCs w:val="24"/>
        </w:rPr>
        <w:t>Rada školy je samosprávny orgán školy</w:t>
      </w:r>
      <w:r w:rsidR="00190585" w:rsidRPr="007A67C2">
        <w:rPr>
          <w:rFonts w:ascii="Times New Roman" w:hAnsi="Times New Roman" w:cs="Times New Roman"/>
          <w:sz w:val="24"/>
          <w:szCs w:val="24"/>
        </w:rPr>
        <w:t xml:space="preserve">, ktorá </w:t>
      </w:r>
      <w:r w:rsidR="00117DF0" w:rsidRPr="007A67C2">
        <w:rPr>
          <w:rFonts w:ascii="Times New Roman" w:hAnsi="Times New Roman" w:cs="Times New Roman"/>
          <w:sz w:val="24"/>
          <w:szCs w:val="24"/>
        </w:rPr>
        <w:t xml:space="preserve"> </w:t>
      </w:r>
      <w:r w:rsidR="00190585" w:rsidRPr="007A67C2">
        <w:rPr>
          <w:rFonts w:ascii="Times New Roman" w:hAnsi="Times New Roman" w:cs="Times New Roman"/>
          <w:sz w:val="24"/>
          <w:szCs w:val="24"/>
        </w:rPr>
        <w:t xml:space="preserve"> </w:t>
      </w:r>
      <w:r w:rsidR="00117DF0" w:rsidRPr="007A67C2">
        <w:rPr>
          <w:rFonts w:ascii="Times New Roman" w:hAnsi="Times New Roman" w:cs="Times New Roman"/>
          <w:sz w:val="24"/>
          <w:szCs w:val="24"/>
        </w:rPr>
        <w:t>vyjadruje a presadzuje verejné záujmy, záujmy detí, ich zákonných zástupcov a zamestnancov.</w:t>
      </w:r>
    </w:p>
    <w:p w14:paraId="51961B59" w14:textId="48CEA8CE" w:rsidR="00117DF0" w:rsidRPr="007A67C2" w:rsidRDefault="00117DF0">
      <w:pPr>
        <w:numPr>
          <w:ilvl w:val="0"/>
          <w:numId w:val="7"/>
        </w:numPr>
        <w:spacing w:after="0" w:line="240" w:lineRule="auto"/>
        <w:ind w:left="567" w:hanging="567"/>
        <w:jc w:val="both"/>
        <w:rPr>
          <w:rFonts w:ascii="Times New Roman" w:hAnsi="Times New Roman" w:cs="Times New Roman"/>
          <w:sz w:val="24"/>
          <w:szCs w:val="24"/>
        </w:rPr>
      </w:pPr>
      <w:r w:rsidRPr="007A67C2">
        <w:rPr>
          <w:rFonts w:ascii="Times New Roman" w:hAnsi="Times New Roman" w:cs="Times New Roman"/>
          <w:sz w:val="24"/>
          <w:szCs w:val="24"/>
        </w:rPr>
        <w:t>Rada školy p</w:t>
      </w:r>
      <w:r w:rsidR="00E557AB" w:rsidRPr="007A67C2">
        <w:rPr>
          <w:rFonts w:ascii="Times New Roman" w:hAnsi="Times New Roman" w:cs="Times New Roman"/>
          <w:sz w:val="24"/>
          <w:szCs w:val="24"/>
        </w:rPr>
        <w:t>lní funkciu verejnej kontroly prerokúvaním otázok týkajúcich sa vykonávania hlavnej činnosti školy.</w:t>
      </w:r>
    </w:p>
    <w:p w14:paraId="00997DE5" w14:textId="77777777" w:rsidR="00787AB1" w:rsidRPr="007A67C2" w:rsidRDefault="00787AB1" w:rsidP="00086749">
      <w:pPr>
        <w:spacing w:after="0" w:line="240" w:lineRule="auto"/>
        <w:jc w:val="both"/>
        <w:rPr>
          <w:rFonts w:ascii="Times New Roman" w:hAnsi="Times New Roman" w:cs="Times New Roman"/>
          <w:sz w:val="24"/>
          <w:szCs w:val="24"/>
        </w:rPr>
      </w:pPr>
    </w:p>
    <w:p w14:paraId="5ED4C568" w14:textId="77777777" w:rsidR="00F83896" w:rsidRPr="007A67C2" w:rsidRDefault="00F83896" w:rsidP="00086749">
      <w:pPr>
        <w:spacing w:after="0" w:line="240" w:lineRule="auto"/>
        <w:jc w:val="both"/>
        <w:rPr>
          <w:rFonts w:ascii="Times New Roman" w:hAnsi="Times New Roman" w:cs="Times New Roman"/>
          <w:sz w:val="24"/>
          <w:szCs w:val="24"/>
        </w:rPr>
      </w:pPr>
    </w:p>
    <w:p w14:paraId="1B7F613B" w14:textId="77777777" w:rsidR="00787AB1" w:rsidRPr="007A67C2" w:rsidRDefault="00141849" w:rsidP="00086749">
      <w:pPr>
        <w:spacing w:after="0" w:line="240" w:lineRule="auto"/>
        <w:jc w:val="center"/>
        <w:rPr>
          <w:rFonts w:ascii="Times New Roman" w:hAnsi="Times New Roman" w:cs="Times New Roman"/>
          <w:b/>
          <w:bCs/>
          <w:sz w:val="24"/>
          <w:szCs w:val="24"/>
        </w:rPr>
      </w:pPr>
      <w:r w:rsidRPr="007A67C2">
        <w:rPr>
          <w:rFonts w:ascii="Times New Roman" w:hAnsi="Times New Roman" w:cs="Times New Roman"/>
          <w:b/>
          <w:bCs/>
          <w:sz w:val="24"/>
          <w:szCs w:val="24"/>
        </w:rPr>
        <w:t>Čl. 3</w:t>
      </w:r>
    </w:p>
    <w:p w14:paraId="00C1E044" w14:textId="77777777" w:rsidR="00787AB1" w:rsidRPr="007A67C2" w:rsidRDefault="00141849" w:rsidP="00086749">
      <w:pPr>
        <w:spacing w:after="0" w:line="240" w:lineRule="auto"/>
        <w:jc w:val="center"/>
        <w:rPr>
          <w:rFonts w:ascii="Times New Roman" w:hAnsi="Times New Roman" w:cs="Times New Roman"/>
          <w:b/>
          <w:bCs/>
          <w:sz w:val="24"/>
          <w:szCs w:val="24"/>
        </w:rPr>
      </w:pPr>
      <w:r w:rsidRPr="007A67C2">
        <w:rPr>
          <w:rFonts w:ascii="Times New Roman" w:hAnsi="Times New Roman" w:cs="Times New Roman"/>
          <w:b/>
          <w:bCs/>
          <w:sz w:val="24"/>
          <w:szCs w:val="24"/>
        </w:rPr>
        <w:t>Činnosť a kompetencie rady školy</w:t>
      </w:r>
    </w:p>
    <w:p w14:paraId="28C548CA" w14:textId="77777777" w:rsidR="00787AB1" w:rsidRPr="007A67C2" w:rsidRDefault="00787AB1" w:rsidP="00086749">
      <w:pPr>
        <w:spacing w:after="0" w:line="240" w:lineRule="auto"/>
        <w:jc w:val="both"/>
        <w:rPr>
          <w:rFonts w:ascii="Times New Roman" w:hAnsi="Times New Roman" w:cs="Times New Roman"/>
          <w:sz w:val="24"/>
          <w:szCs w:val="24"/>
        </w:rPr>
      </w:pPr>
    </w:p>
    <w:p w14:paraId="0BB2C1AD" w14:textId="77777777" w:rsidR="00F83896" w:rsidRPr="007A67C2" w:rsidRDefault="00E557AB">
      <w:pPr>
        <w:numPr>
          <w:ilvl w:val="0"/>
          <w:numId w:val="8"/>
        </w:numPr>
        <w:spacing w:after="0" w:line="240" w:lineRule="auto"/>
        <w:ind w:left="567" w:hanging="567"/>
        <w:jc w:val="both"/>
        <w:rPr>
          <w:rFonts w:ascii="Times New Roman" w:hAnsi="Times New Roman" w:cs="Times New Roman"/>
          <w:sz w:val="24"/>
          <w:szCs w:val="24"/>
        </w:rPr>
      </w:pPr>
      <w:r w:rsidRPr="007A67C2">
        <w:rPr>
          <w:rFonts w:ascii="Times New Roman" w:hAnsi="Times New Roman" w:cs="Times New Roman"/>
          <w:sz w:val="24"/>
          <w:szCs w:val="24"/>
        </w:rPr>
        <w:t>Rada školy sa vyjadruje k závažným skutočnostiam, ktoré sa vzťahujú k činnosti školy.</w:t>
      </w:r>
      <w:r w:rsidR="00F83896" w:rsidRPr="007A67C2">
        <w:rPr>
          <w:rFonts w:ascii="Times New Roman" w:hAnsi="Times New Roman" w:cs="Times New Roman"/>
          <w:sz w:val="24"/>
          <w:szCs w:val="24"/>
        </w:rPr>
        <w:t xml:space="preserve"> </w:t>
      </w:r>
    </w:p>
    <w:p w14:paraId="0B8959A2" w14:textId="3709BD5F" w:rsidR="00F83896" w:rsidRPr="007A67C2" w:rsidRDefault="00F83896">
      <w:pPr>
        <w:numPr>
          <w:ilvl w:val="0"/>
          <w:numId w:val="8"/>
        </w:numPr>
        <w:spacing w:after="0" w:line="240" w:lineRule="auto"/>
        <w:ind w:left="567" w:hanging="567"/>
        <w:jc w:val="both"/>
        <w:rPr>
          <w:rFonts w:ascii="Times New Roman" w:hAnsi="Times New Roman" w:cs="Times New Roman"/>
          <w:sz w:val="24"/>
          <w:szCs w:val="24"/>
        </w:rPr>
      </w:pPr>
      <w:r w:rsidRPr="007A67C2">
        <w:rPr>
          <w:rFonts w:ascii="Times New Roman" w:hAnsi="Times New Roman" w:cs="Times New Roman"/>
          <w:sz w:val="24"/>
          <w:szCs w:val="24"/>
        </w:rPr>
        <w:t>Rada školy prerokúva najmä:</w:t>
      </w:r>
    </w:p>
    <w:p w14:paraId="2F405087" w14:textId="77777777" w:rsidR="00F83896" w:rsidRPr="007A67C2" w:rsidRDefault="00F83896">
      <w:pPr>
        <w:pStyle w:val="Odsekzoznamu"/>
        <w:numPr>
          <w:ilvl w:val="0"/>
          <w:numId w:val="9"/>
        </w:numPr>
        <w:spacing w:after="0" w:line="240" w:lineRule="auto"/>
        <w:ind w:left="851" w:hanging="284"/>
        <w:jc w:val="both"/>
        <w:rPr>
          <w:rFonts w:ascii="Times New Roman" w:hAnsi="Times New Roman" w:cs="Times New Roman"/>
          <w:sz w:val="24"/>
          <w:szCs w:val="24"/>
        </w:rPr>
      </w:pPr>
      <w:r w:rsidRPr="007A67C2">
        <w:rPr>
          <w:rFonts w:ascii="Times New Roman" w:hAnsi="Times New Roman" w:cs="Times New Roman"/>
          <w:sz w:val="24"/>
          <w:szCs w:val="24"/>
        </w:rPr>
        <w:t>školský poriadok</w:t>
      </w:r>
    </w:p>
    <w:p w14:paraId="515E191E" w14:textId="77777777" w:rsidR="00F83896" w:rsidRPr="007A67C2" w:rsidRDefault="00F83896">
      <w:pPr>
        <w:pStyle w:val="Odsekzoznamu"/>
        <w:numPr>
          <w:ilvl w:val="0"/>
          <w:numId w:val="9"/>
        </w:numPr>
        <w:spacing w:after="0" w:line="240" w:lineRule="auto"/>
        <w:ind w:left="851" w:hanging="284"/>
        <w:jc w:val="both"/>
        <w:rPr>
          <w:rFonts w:ascii="Times New Roman" w:hAnsi="Times New Roman" w:cs="Times New Roman"/>
          <w:sz w:val="24"/>
          <w:szCs w:val="24"/>
        </w:rPr>
      </w:pPr>
      <w:r w:rsidRPr="007A67C2">
        <w:rPr>
          <w:rFonts w:ascii="Times New Roman" w:hAnsi="Times New Roman" w:cs="Times New Roman"/>
          <w:sz w:val="24"/>
          <w:szCs w:val="24"/>
        </w:rPr>
        <w:t>školský vzdelávací program</w:t>
      </w:r>
    </w:p>
    <w:p w14:paraId="70C2B2CD" w14:textId="0DDED350" w:rsidR="00F83896" w:rsidRPr="007A67C2" w:rsidRDefault="00F83896">
      <w:pPr>
        <w:pStyle w:val="Odsekzoznamu"/>
        <w:numPr>
          <w:ilvl w:val="0"/>
          <w:numId w:val="9"/>
        </w:numPr>
        <w:spacing w:after="0" w:line="240" w:lineRule="auto"/>
        <w:ind w:left="851" w:hanging="284"/>
        <w:jc w:val="both"/>
        <w:rPr>
          <w:rFonts w:ascii="Times New Roman" w:hAnsi="Times New Roman" w:cs="Times New Roman"/>
          <w:sz w:val="24"/>
          <w:szCs w:val="24"/>
        </w:rPr>
      </w:pPr>
      <w:r w:rsidRPr="007A67C2">
        <w:rPr>
          <w:rFonts w:ascii="Times New Roman" w:hAnsi="Times New Roman" w:cs="Times New Roman"/>
          <w:sz w:val="24"/>
          <w:szCs w:val="24"/>
        </w:rPr>
        <w:t>ďalšie dokumenty a skutočnosti súvisiace s činnosťou školy.</w:t>
      </w:r>
    </w:p>
    <w:p w14:paraId="39ABF5BC" w14:textId="302B864A" w:rsidR="00510B4B" w:rsidRPr="007A67C2" w:rsidRDefault="00141849">
      <w:pPr>
        <w:numPr>
          <w:ilvl w:val="0"/>
          <w:numId w:val="8"/>
        </w:numPr>
        <w:spacing w:after="0" w:line="240" w:lineRule="auto"/>
        <w:ind w:left="567" w:hanging="567"/>
        <w:jc w:val="both"/>
        <w:rPr>
          <w:rFonts w:ascii="Times New Roman" w:hAnsi="Times New Roman" w:cs="Times New Roman"/>
          <w:sz w:val="24"/>
          <w:szCs w:val="24"/>
        </w:rPr>
      </w:pPr>
      <w:r w:rsidRPr="007A67C2">
        <w:rPr>
          <w:rFonts w:ascii="Times New Roman" w:hAnsi="Times New Roman" w:cs="Times New Roman"/>
          <w:sz w:val="24"/>
          <w:szCs w:val="24"/>
        </w:rPr>
        <w:t>Funkčné obdobie rady školy je štyri roky</w:t>
      </w:r>
      <w:r w:rsidR="00F83896" w:rsidRPr="007A67C2">
        <w:rPr>
          <w:rFonts w:ascii="Times New Roman" w:hAnsi="Times New Roman" w:cs="Times New Roman"/>
          <w:sz w:val="24"/>
          <w:szCs w:val="24"/>
        </w:rPr>
        <w:t>, ktoré z</w:t>
      </w:r>
      <w:r w:rsidR="00AE1E22" w:rsidRPr="007A67C2">
        <w:rPr>
          <w:rFonts w:ascii="Times New Roman" w:hAnsi="Times New Roman" w:cs="Times New Roman"/>
          <w:sz w:val="24"/>
          <w:szCs w:val="24"/>
        </w:rPr>
        <w:t xml:space="preserve">ačína </w:t>
      </w:r>
      <w:r w:rsidR="00AF20EE" w:rsidRPr="007A67C2">
        <w:rPr>
          <w:rFonts w:ascii="Times New Roman" w:hAnsi="Times New Roman" w:cs="Times New Roman"/>
          <w:sz w:val="24"/>
          <w:szCs w:val="24"/>
        </w:rPr>
        <w:t xml:space="preserve">plynúť </w:t>
      </w:r>
      <w:r w:rsidR="00AE1E22" w:rsidRPr="007A67C2">
        <w:rPr>
          <w:rFonts w:ascii="Times New Roman" w:hAnsi="Times New Roman" w:cs="Times New Roman"/>
          <w:sz w:val="24"/>
          <w:szCs w:val="24"/>
        </w:rPr>
        <w:t>dňom</w:t>
      </w:r>
      <w:r w:rsidR="00F83896" w:rsidRPr="007A67C2">
        <w:rPr>
          <w:rFonts w:ascii="Times New Roman" w:hAnsi="Times New Roman" w:cs="Times New Roman"/>
          <w:sz w:val="24"/>
          <w:szCs w:val="24"/>
        </w:rPr>
        <w:t xml:space="preserve"> jej </w:t>
      </w:r>
      <w:r w:rsidR="00AE1E22" w:rsidRPr="007A67C2">
        <w:rPr>
          <w:rFonts w:ascii="Times New Roman" w:hAnsi="Times New Roman" w:cs="Times New Roman"/>
          <w:sz w:val="24"/>
          <w:szCs w:val="24"/>
        </w:rPr>
        <w:t xml:space="preserve"> ustanovujúceho zasadnutia.</w:t>
      </w:r>
    </w:p>
    <w:p w14:paraId="0407737D" w14:textId="77777777" w:rsidR="00510B4B" w:rsidRPr="007A67C2" w:rsidRDefault="00510B4B" w:rsidP="00086749">
      <w:pPr>
        <w:spacing w:after="0" w:line="240" w:lineRule="auto"/>
        <w:rPr>
          <w:rFonts w:ascii="Times New Roman" w:hAnsi="Times New Roman" w:cs="Times New Roman"/>
          <w:sz w:val="24"/>
          <w:szCs w:val="24"/>
        </w:rPr>
      </w:pPr>
    </w:p>
    <w:p w14:paraId="38C0FFF6" w14:textId="77777777" w:rsidR="00787AB1" w:rsidRPr="007A67C2" w:rsidRDefault="00787AB1" w:rsidP="00086749">
      <w:pPr>
        <w:spacing w:after="0" w:line="240" w:lineRule="auto"/>
        <w:jc w:val="both"/>
        <w:rPr>
          <w:rFonts w:ascii="Times New Roman" w:hAnsi="Times New Roman" w:cs="Times New Roman"/>
          <w:sz w:val="24"/>
          <w:szCs w:val="24"/>
        </w:rPr>
      </w:pPr>
    </w:p>
    <w:p w14:paraId="5F284B85" w14:textId="77777777" w:rsidR="00787AB1" w:rsidRPr="007A67C2" w:rsidRDefault="00141849" w:rsidP="00086749">
      <w:pPr>
        <w:spacing w:after="0" w:line="240" w:lineRule="auto"/>
        <w:jc w:val="center"/>
        <w:rPr>
          <w:rFonts w:ascii="Times New Roman" w:hAnsi="Times New Roman" w:cs="Times New Roman"/>
          <w:b/>
          <w:bCs/>
          <w:sz w:val="24"/>
          <w:szCs w:val="24"/>
        </w:rPr>
      </w:pPr>
      <w:r w:rsidRPr="007A67C2">
        <w:rPr>
          <w:rFonts w:ascii="Times New Roman" w:hAnsi="Times New Roman" w:cs="Times New Roman"/>
          <w:b/>
          <w:bCs/>
          <w:sz w:val="24"/>
          <w:szCs w:val="24"/>
        </w:rPr>
        <w:t>Čl. 4</w:t>
      </w:r>
    </w:p>
    <w:p w14:paraId="27E60E47" w14:textId="77777777" w:rsidR="00787AB1" w:rsidRPr="007A67C2" w:rsidRDefault="00141849" w:rsidP="00086749">
      <w:pPr>
        <w:spacing w:after="0" w:line="240" w:lineRule="auto"/>
        <w:jc w:val="center"/>
        <w:rPr>
          <w:rFonts w:ascii="Times New Roman" w:hAnsi="Times New Roman" w:cs="Times New Roman"/>
          <w:b/>
          <w:bCs/>
          <w:sz w:val="24"/>
          <w:szCs w:val="24"/>
        </w:rPr>
      </w:pPr>
      <w:r w:rsidRPr="007A67C2">
        <w:rPr>
          <w:rFonts w:ascii="Times New Roman" w:hAnsi="Times New Roman" w:cs="Times New Roman"/>
          <w:b/>
          <w:bCs/>
          <w:sz w:val="24"/>
          <w:szCs w:val="24"/>
        </w:rPr>
        <w:t>Zloženie rady školy</w:t>
      </w:r>
    </w:p>
    <w:p w14:paraId="3FBE6EEB" w14:textId="77777777" w:rsidR="00787AB1" w:rsidRPr="007A67C2" w:rsidRDefault="00787AB1" w:rsidP="00086749">
      <w:pPr>
        <w:spacing w:after="0" w:line="240" w:lineRule="auto"/>
        <w:jc w:val="both"/>
        <w:rPr>
          <w:rFonts w:ascii="Times New Roman" w:hAnsi="Times New Roman" w:cs="Times New Roman"/>
          <w:sz w:val="24"/>
          <w:szCs w:val="24"/>
        </w:rPr>
      </w:pPr>
    </w:p>
    <w:p w14:paraId="689AFA45" w14:textId="731C69F8" w:rsidR="00E557AB" w:rsidRPr="007A67C2" w:rsidRDefault="00E557AB">
      <w:pPr>
        <w:pStyle w:val="Odsekzoznamu"/>
        <w:numPr>
          <w:ilvl w:val="0"/>
          <w:numId w:val="10"/>
        </w:numPr>
        <w:spacing w:after="0" w:line="240" w:lineRule="auto"/>
        <w:ind w:left="567" w:hanging="567"/>
        <w:contextualSpacing w:val="0"/>
        <w:jc w:val="both"/>
        <w:rPr>
          <w:rFonts w:ascii="Times New Roman" w:hAnsi="Times New Roman" w:cs="Times New Roman"/>
          <w:sz w:val="24"/>
          <w:szCs w:val="24"/>
        </w:rPr>
      </w:pPr>
      <w:r w:rsidRPr="007A67C2">
        <w:rPr>
          <w:rFonts w:ascii="Times New Roman" w:hAnsi="Times New Roman" w:cs="Times New Roman"/>
          <w:sz w:val="24"/>
          <w:szCs w:val="24"/>
        </w:rPr>
        <w:t>Rad</w:t>
      </w:r>
      <w:r w:rsidR="00142871">
        <w:rPr>
          <w:rFonts w:ascii="Times New Roman" w:hAnsi="Times New Roman" w:cs="Times New Roman"/>
          <w:sz w:val="24"/>
          <w:szCs w:val="24"/>
        </w:rPr>
        <w:t>a</w:t>
      </w:r>
      <w:r w:rsidRPr="007A67C2">
        <w:rPr>
          <w:rFonts w:ascii="Times New Roman" w:hAnsi="Times New Roman" w:cs="Times New Roman"/>
          <w:sz w:val="24"/>
          <w:szCs w:val="24"/>
        </w:rPr>
        <w:t xml:space="preserve"> školy má </w:t>
      </w:r>
      <w:r w:rsidRPr="007A67C2">
        <w:rPr>
          <w:rFonts w:ascii="Times New Roman" w:hAnsi="Times New Roman" w:cs="Times New Roman"/>
          <w:b/>
          <w:bCs/>
          <w:sz w:val="24"/>
          <w:szCs w:val="24"/>
        </w:rPr>
        <w:t>5 členov</w:t>
      </w:r>
      <w:r w:rsidRPr="007A67C2">
        <w:rPr>
          <w:rFonts w:ascii="Times New Roman" w:hAnsi="Times New Roman" w:cs="Times New Roman"/>
          <w:sz w:val="24"/>
          <w:szCs w:val="24"/>
        </w:rPr>
        <w:t>.</w:t>
      </w:r>
    </w:p>
    <w:p w14:paraId="1C80162A" w14:textId="77777777" w:rsidR="00E557AB" w:rsidRPr="007A67C2" w:rsidRDefault="00E557AB">
      <w:pPr>
        <w:pStyle w:val="Odsekzoznamu"/>
        <w:numPr>
          <w:ilvl w:val="0"/>
          <w:numId w:val="10"/>
        </w:numPr>
        <w:spacing w:after="0" w:line="240" w:lineRule="auto"/>
        <w:ind w:left="567" w:hanging="567"/>
        <w:contextualSpacing w:val="0"/>
        <w:jc w:val="both"/>
        <w:rPr>
          <w:rFonts w:ascii="Times New Roman" w:hAnsi="Times New Roman" w:cs="Times New Roman"/>
          <w:sz w:val="24"/>
          <w:szCs w:val="24"/>
        </w:rPr>
      </w:pPr>
      <w:r w:rsidRPr="007A67C2">
        <w:rPr>
          <w:rFonts w:ascii="Times New Roman" w:hAnsi="Times New Roman" w:cs="Times New Roman"/>
          <w:sz w:val="24"/>
          <w:szCs w:val="24"/>
        </w:rPr>
        <w:t>Členmi rady školy sú:</w:t>
      </w:r>
    </w:p>
    <w:p w14:paraId="78DF0EB7" w14:textId="77777777" w:rsidR="00E557AB" w:rsidRPr="007A67C2" w:rsidRDefault="00E557AB">
      <w:pPr>
        <w:pStyle w:val="Odsekzoznamu"/>
        <w:numPr>
          <w:ilvl w:val="0"/>
          <w:numId w:val="11"/>
        </w:numPr>
        <w:spacing w:after="0" w:line="240" w:lineRule="auto"/>
        <w:ind w:left="851" w:hanging="284"/>
        <w:contextualSpacing w:val="0"/>
        <w:jc w:val="both"/>
        <w:rPr>
          <w:rFonts w:ascii="Times New Roman" w:hAnsi="Times New Roman" w:cs="Times New Roman"/>
          <w:sz w:val="24"/>
          <w:szCs w:val="24"/>
        </w:rPr>
      </w:pPr>
      <w:r w:rsidRPr="007A67C2">
        <w:rPr>
          <w:rFonts w:ascii="Times New Roman" w:hAnsi="Times New Roman" w:cs="Times New Roman"/>
          <w:b/>
          <w:bCs/>
          <w:sz w:val="24"/>
          <w:szCs w:val="24"/>
        </w:rPr>
        <w:t>dvaja</w:t>
      </w:r>
      <w:r w:rsidRPr="007A67C2">
        <w:rPr>
          <w:rFonts w:ascii="Times New Roman" w:hAnsi="Times New Roman" w:cs="Times New Roman"/>
          <w:sz w:val="24"/>
          <w:szCs w:val="24"/>
        </w:rPr>
        <w:t xml:space="preserve"> zvolení zástupcovia zamestnancov školy,</w:t>
      </w:r>
    </w:p>
    <w:p w14:paraId="20446AEF" w14:textId="77777777" w:rsidR="00E557AB" w:rsidRPr="007A67C2" w:rsidRDefault="00E557AB">
      <w:pPr>
        <w:pStyle w:val="Odsekzoznamu"/>
        <w:numPr>
          <w:ilvl w:val="0"/>
          <w:numId w:val="11"/>
        </w:numPr>
        <w:spacing w:after="0" w:line="240" w:lineRule="auto"/>
        <w:ind w:left="851" w:hanging="284"/>
        <w:rPr>
          <w:rFonts w:ascii="Times New Roman" w:hAnsi="Times New Roman" w:cs="Times New Roman"/>
          <w:sz w:val="24"/>
          <w:szCs w:val="24"/>
        </w:rPr>
      </w:pPr>
      <w:r w:rsidRPr="007A67C2">
        <w:rPr>
          <w:rFonts w:ascii="Times New Roman" w:hAnsi="Times New Roman" w:cs="Times New Roman"/>
          <w:b/>
          <w:bCs/>
          <w:sz w:val="24"/>
          <w:szCs w:val="24"/>
        </w:rPr>
        <w:t>jeden</w:t>
      </w:r>
      <w:r w:rsidRPr="007A67C2">
        <w:rPr>
          <w:rFonts w:ascii="Times New Roman" w:hAnsi="Times New Roman" w:cs="Times New Roman"/>
          <w:sz w:val="24"/>
          <w:szCs w:val="24"/>
        </w:rPr>
        <w:t xml:space="preserve"> zvolený zástupca zákonných zástupcov</w:t>
      </w:r>
    </w:p>
    <w:p w14:paraId="7BC70E64" w14:textId="77777777" w:rsidR="00E557AB" w:rsidRPr="007A67C2" w:rsidRDefault="00E557AB">
      <w:pPr>
        <w:pStyle w:val="Odsekzoznamu"/>
        <w:numPr>
          <w:ilvl w:val="0"/>
          <w:numId w:val="11"/>
        </w:numPr>
        <w:spacing w:after="0" w:line="240" w:lineRule="auto"/>
        <w:ind w:left="851" w:hanging="284"/>
        <w:rPr>
          <w:rFonts w:ascii="Times New Roman" w:hAnsi="Times New Roman" w:cs="Times New Roman"/>
          <w:sz w:val="24"/>
          <w:szCs w:val="24"/>
        </w:rPr>
      </w:pPr>
      <w:r w:rsidRPr="007A67C2">
        <w:rPr>
          <w:rFonts w:ascii="Times New Roman" w:hAnsi="Times New Roman" w:cs="Times New Roman"/>
          <w:b/>
          <w:bCs/>
          <w:sz w:val="24"/>
          <w:szCs w:val="24"/>
        </w:rPr>
        <w:t>dvaja</w:t>
      </w:r>
      <w:r w:rsidRPr="007A67C2">
        <w:rPr>
          <w:rFonts w:ascii="Times New Roman" w:hAnsi="Times New Roman" w:cs="Times New Roman"/>
          <w:sz w:val="24"/>
          <w:szCs w:val="24"/>
        </w:rPr>
        <w:t xml:space="preserve"> delegovaní zástupcovia zriaďovateľa.</w:t>
      </w:r>
    </w:p>
    <w:p w14:paraId="3B9589E7" w14:textId="77777777" w:rsidR="00787AB1" w:rsidRPr="007A67C2" w:rsidRDefault="00787AB1" w:rsidP="00086749">
      <w:pPr>
        <w:spacing w:after="0" w:line="240" w:lineRule="auto"/>
        <w:jc w:val="both"/>
        <w:rPr>
          <w:rFonts w:ascii="Times New Roman" w:hAnsi="Times New Roman" w:cs="Times New Roman"/>
          <w:sz w:val="24"/>
          <w:szCs w:val="24"/>
        </w:rPr>
      </w:pPr>
    </w:p>
    <w:p w14:paraId="72D82740" w14:textId="77777777" w:rsidR="00787AB1" w:rsidRPr="007A67C2" w:rsidRDefault="00141849" w:rsidP="00086749">
      <w:pPr>
        <w:spacing w:after="0" w:line="240" w:lineRule="auto"/>
        <w:jc w:val="center"/>
        <w:rPr>
          <w:rFonts w:ascii="Times New Roman" w:hAnsi="Times New Roman" w:cs="Times New Roman"/>
          <w:b/>
          <w:bCs/>
          <w:sz w:val="24"/>
          <w:szCs w:val="24"/>
        </w:rPr>
      </w:pPr>
      <w:r w:rsidRPr="007A67C2">
        <w:rPr>
          <w:rFonts w:ascii="Times New Roman" w:hAnsi="Times New Roman" w:cs="Times New Roman"/>
          <w:b/>
          <w:bCs/>
          <w:sz w:val="24"/>
          <w:szCs w:val="24"/>
        </w:rPr>
        <w:t>Čl. 5</w:t>
      </w:r>
    </w:p>
    <w:p w14:paraId="6966B543" w14:textId="77777777" w:rsidR="00787AB1" w:rsidRPr="007A67C2" w:rsidRDefault="00141849" w:rsidP="00086749">
      <w:pPr>
        <w:spacing w:after="0" w:line="240" w:lineRule="auto"/>
        <w:jc w:val="center"/>
        <w:rPr>
          <w:rFonts w:ascii="Times New Roman" w:hAnsi="Times New Roman" w:cs="Times New Roman"/>
          <w:b/>
          <w:bCs/>
          <w:sz w:val="24"/>
          <w:szCs w:val="24"/>
        </w:rPr>
      </w:pPr>
      <w:r w:rsidRPr="007A67C2">
        <w:rPr>
          <w:rFonts w:ascii="Times New Roman" w:hAnsi="Times New Roman" w:cs="Times New Roman"/>
          <w:b/>
          <w:bCs/>
          <w:sz w:val="24"/>
          <w:szCs w:val="24"/>
        </w:rPr>
        <w:t>Voľby členov rady školy</w:t>
      </w:r>
    </w:p>
    <w:p w14:paraId="2444C4A7" w14:textId="77777777" w:rsidR="00787AB1" w:rsidRPr="007A67C2" w:rsidRDefault="00787AB1" w:rsidP="00086749">
      <w:pPr>
        <w:spacing w:after="0" w:line="240" w:lineRule="auto"/>
        <w:jc w:val="both"/>
        <w:rPr>
          <w:rFonts w:ascii="Times New Roman" w:hAnsi="Times New Roman" w:cs="Times New Roman"/>
          <w:sz w:val="24"/>
          <w:szCs w:val="24"/>
        </w:rPr>
      </w:pPr>
    </w:p>
    <w:p w14:paraId="52266DCC" w14:textId="291DCAAE" w:rsidR="00117DF0" w:rsidRPr="007A67C2" w:rsidRDefault="008926B3">
      <w:pPr>
        <w:numPr>
          <w:ilvl w:val="0"/>
          <w:numId w:val="12"/>
        </w:numPr>
        <w:spacing w:after="0" w:line="240" w:lineRule="auto"/>
        <w:ind w:left="567" w:hanging="567"/>
        <w:jc w:val="both"/>
        <w:rPr>
          <w:rFonts w:ascii="Times New Roman" w:hAnsi="Times New Roman" w:cs="Times New Roman"/>
          <w:sz w:val="24"/>
          <w:szCs w:val="24"/>
        </w:rPr>
      </w:pPr>
      <w:r w:rsidRPr="007A67C2">
        <w:rPr>
          <w:rFonts w:ascii="Times New Roman" w:hAnsi="Times New Roman" w:cs="Times New Roman"/>
          <w:sz w:val="24"/>
          <w:szCs w:val="24"/>
        </w:rPr>
        <w:t>Voľby do rady školy vyhlasuje zriaďovateľ</w:t>
      </w:r>
      <w:r w:rsidR="002418EB" w:rsidRPr="007A67C2">
        <w:rPr>
          <w:rFonts w:ascii="Times New Roman" w:hAnsi="Times New Roman" w:cs="Times New Roman"/>
          <w:sz w:val="24"/>
          <w:szCs w:val="24"/>
        </w:rPr>
        <w:t xml:space="preserve">, ktoré </w:t>
      </w:r>
      <w:r w:rsidR="00F83896" w:rsidRPr="007A67C2">
        <w:rPr>
          <w:rFonts w:ascii="Times New Roman" w:hAnsi="Times New Roman" w:cs="Times New Roman"/>
          <w:sz w:val="24"/>
          <w:szCs w:val="24"/>
        </w:rPr>
        <w:t xml:space="preserve">sa zverejňuje na webovom sídle školy. </w:t>
      </w:r>
    </w:p>
    <w:p w14:paraId="111AD1B6" w14:textId="282A3E6E" w:rsidR="008926B3" w:rsidRPr="007A67C2" w:rsidRDefault="008926B3">
      <w:pPr>
        <w:numPr>
          <w:ilvl w:val="0"/>
          <w:numId w:val="12"/>
        </w:numPr>
        <w:spacing w:after="0" w:line="240" w:lineRule="auto"/>
        <w:ind w:left="567" w:hanging="567"/>
        <w:jc w:val="both"/>
        <w:rPr>
          <w:rFonts w:ascii="Times New Roman" w:hAnsi="Times New Roman" w:cs="Times New Roman"/>
          <w:sz w:val="24"/>
          <w:szCs w:val="24"/>
        </w:rPr>
      </w:pPr>
      <w:r w:rsidRPr="007A67C2">
        <w:rPr>
          <w:rFonts w:ascii="Times New Roman" w:hAnsi="Times New Roman" w:cs="Times New Roman"/>
          <w:sz w:val="24"/>
          <w:szCs w:val="24"/>
        </w:rPr>
        <w:t xml:space="preserve">Voľby do rady školy organizačne zabezpečuje riaditeľ na základe písomného poverenia zriaďovateľa. </w:t>
      </w:r>
    </w:p>
    <w:p w14:paraId="61F81B42" w14:textId="5F35E86B" w:rsidR="008926B3" w:rsidRPr="007A67C2" w:rsidRDefault="002418EB">
      <w:pPr>
        <w:numPr>
          <w:ilvl w:val="0"/>
          <w:numId w:val="12"/>
        </w:numPr>
        <w:spacing w:after="0" w:line="240" w:lineRule="auto"/>
        <w:ind w:left="567" w:hanging="567"/>
        <w:jc w:val="both"/>
        <w:rPr>
          <w:rFonts w:ascii="Times New Roman" w:hAnsi="Times New Roman" w:cs="Times New Roman"/>
          <w:strike/>
          <w:color w:val="EE0000"/>
          <w:sz w:val="24"/>
          <w:szCs w:val="24"/>
        </w:rPr>
      </w:pPr>
      <w:r w:rsidRPr="007A67C2">
        <w:rPr>
          <w:rFonts w:ascii="Times New Roman" w:hAnsi="Times New Roman" w:cs="Times New Roman"/>
          <w:sz w:val="24"/>
          <w:szCs w:val="24"/>
        </w:rPr>
        <w:lastRenderedPageBreak/>
        <w:t xml:space="preserve">Voľby do rady školy sa vykonávajú zvlášť pre každú kategóriu voličov.  </w:t>
      </w:r>
      <w:r w:rsidR="008926B3" w:rsidRPr="007A67C2">
        <w:rPr>
          <w:rFonts w:ascii="Times New Roman" w:hAnsi="Times New Roman" w:cs="Times New Roman"/>
          <w:sz w:val="24"/>
          <w:szCs w:val="24"/>
        </w:rPr>
        <w:t>Zamestnanci volia spomedzi seba zástupcu za kategóriu zamestnancov. Zákonní zástupcovia volia spomedzi seba zástupcu za kategóriu zákonných zástupcov.</w:t>
      </w:r>
      <w:r w:rsidRPr="007A67C2">
        <w:rPr>
          <w:rFonts w:ascii="Times New Roman" w:hAnsi="Times New Roman" w:cs="Times New Roman"/>
          <w:sz w:val="24"/>
          <w:szCs w:val="24"/>
        </w:rPr>
        <w:t xml:space="preserve"> </w:t>
      </w:r>
    </w:p>
    <w:p w14:paraId="515BE445" w14:textId="77777777" w:rsidR="00062365" w:rsidRPr="007A67C2" w:rsidRDefault="002418EB">
      <w:pPr>
        <w:numPr>
          <w:ilvl w:val="0"/>
          <w:numId w:val="12"/>
        </w:numPr>
        <w:spacing w:after="0" w:line="240" w:lineRule="auto"/>
        <w:ind w:left="567" w:hanging="567"/>
        <w:jc w:val="both"/>
        <w:rPr>
          <w:rFonts w:ascii="Times New Roman" w:hAnsi="Times New Roman" w:cs="Times New Roman"/>
          <w:sz w:val="24"/>
          <w:szCs w:val="24"/>
        </w:rPr>
      </w:pPr>
      <w:r w:rsidRPr="007A67C2">
        <w:rPr>
          <w:rFonts w:ascii="Times New Roman" w:hAnsi="Times New Roman" w:cs="Times New Roman"/>
          <w:sz w:val="24"/>
          <w:szCs w:val="24"/>
        </w:rPr>
        <w:t xml:space="preserve">Voľby do rady školy možno pre príslušnú kategóriu voličov uskutočniť, ak je v mieste ich konania prítomná nadpolovičná väčšina príslušnej kategórie voličov. Inak zriaďovateľ vyhlási za príslušnú kategóriu voličov opakované voľby; pri opakovaných voľbách sa podmienka účasti nadpolovičnej väčšiny príslušnej kategórie voličov nevyžaduje. </w:t>
      </w:r>
    </w:p>
    <w:p w14:paraId="14F087DF" w14:textId="77777777" w:rsidR="00062365" w:rsidRPr="007A67C2" w:rsidRDefault="00062365">
      <w:pPr>
        <w:numPr>
          <w:ilvl w:val="0"/>
          <w:numId w:val="12"/>
        </w:numPr>
        <w:spacing w:after="0" w:line="240" w:lineRule="auto"/>
        <w:ind w:left="567" w:hanging="567"/>
        <w:jc w:val="both"/>
        <w:rPr>
          <w:rFonts w:ascii="Times New Roman" w:hAnsi="Times New Roman" w:cs="Times New Roman"/>
          <w:sz w:val="24"/>
          <w:szCs w:val="24"/>
        </w:rPr>
      </w:pPr>
      <w:r w:rsidRPr="007A67C2">
        <w:rPr>
          <w:rFonts w:ascii="Times New Roman" w:hAnsi="Times New Roman" w:cs="Times New Roman"/>
          <w:sz w:val="24"/>
          <w:szCs w:val="24"/>
        </w:rPr>
        <w:t>Voľby do rady školy za jednu kategóriu voličov sa uskutočňujú v jeden deň. Voľby do rady školy za rôzne kategórie voličov sa môžu uskutočniť v ten istý deň.</w:t>
      </w:r>
    </w:p>
    <w:p w14:paraId="6557956A" w14:textId="77777777" w:rsidR="00062365" w:rsidRPr="007A67C2" w:rsidRDefault="00062365">
      <w:pPr>
        <w:numPr>
          <w:ilvl w:val="0"/>
          <w:numId w:val="12"/>
        </w:numPr>
        <w:spacing w:after="0" w:line="240" w:lineRule="auto"/>
        <w:ind w:left="567" w:hanging="567"/>
        <w:jc w:val="both"/>
        <w:rPr>
          <w:rFonts w:ascii="Times New Roman" w:hAnsi="Times New Roman" w:cs="Times New Roman"/>
          <w:sz w:val="24"/>
          <w:szCs w:val="24"/>
        </w:rPr>
      </w:pPr>
      <w:r w:rsidRPr="007A67C2">
        <w:rPr>
          <w:rFonts w:ascii="Times New Roman" w:hAnsi="Times New Roman" w:cs="Times New Roman"/>
          <w:sz w:val="24"/>
          <w:szCs w:val="24"/>
        </w:rPr>
        <w:t xml:space="preserve">Voľby do rady školy možno uskutočniť aj elektronicky prostredníctvom školského informačného systému, ktorý zabezpečuje tajnosť hlasovania a identifikáciu oprávnených voličov, ak sú zabezpečené podmienky podľa § 20 ods. 1 až 5 a § 21 zákona. </w:t>
      </w:r>
    </w:p>
    <w:p w14:paraId="4A87B9F1" w14:textId="77777777" w:rsidR="00062365" w:rsidRPr="007A67C2" w:rsidRDefault="00062365">
      <w:pPr>
        <w:numPr>
          <w:ilvl w:val="0"/>
          <w:numId w:val="12"/>
        </w:numPr>
        <w:spacing w:after="0" w:line="240" w:lineRule="auto"/>
        <w:ind w:left="567" w:hanging="567"/>
        <w:jc w:val="both"/>
        <w:rPr>
          <w:rFonts w:ascii="Times New Roman" w:hAnsi="Times New Roman" w:cs="Times New Roman"/>
          <w:sz w:val="24"/>
          <w:szCs w:val="24"/>
        </w:rPr>
      </w:pPr>
      <w:r w:rsidRPr="007A67C2">
        <w:rPr>
          <w:rFonts w:ascii="Times New Roman" w:hAnsi="Times New Roman" w:cs="Times New Roman"/>
          <w:sz w:val="24"/>
          <w:szCs w:val="24"/>
        </w:rPr>
        <w:t>Zoznam kandidátov vo voľbách do rady školy za príslušnú kategóriu voličov zostavuje predseda rady školy. Do zoznamu kandidátov možno zapísať len osobu, ktorá na zápis do zoznamu udelila písomný súhlas a ktorú navrhol najmenej jeden volič z príslušnej kategórie voličov.</w:t>
      </w:r>
    </w:p>
    <w:p w14:paraId="5F4BC757" w14:textId="441DE930" w:rsidR="00062365" w:rsidRPr="007A67C2" w:rsidRDefault="00062365">
      <w:pPr>
        <w:numPr>
          <w:ilvl w:val="0"/>
          <w:numId w:val="12"/>
        </w:numPr>
        <w:spacing w:after="0" w:line="240" w:lineRule="auto"/>
        <w:ind w:left="567" w:hanging="567"/>
        <w:jc w:val="both"/>
        <w:rPr>
          <w:rFonts w:ascii="Times New Roman" w:hAnsi="Times New Roman" w:cs="Times New Roman"/>
          <w:sz w:val="24"/>
          <w:szCs w:val="24"/>
        </w:rPr>
      </w:pPr>
      <w:r w:rsidRPr="007A67C2">
        <w:rPr>
          <w:rFonts w:ascii="Times New Roman" w:hAnsi="Times New Roman" w:cs="Times New Roman"/>
          <w:sz w:val="24"/>
          <w:szCs w:val="24"/>
        </w:rPr>
        <w:t>Do rady školy sú zvolení zástupcovia príslušnej kategórie voličov, ktorí podľa počtu príslušných členov rady školy určeného zriaďovateľom získali najvyšší počet hlasov. Pri rovnosti hlasov sa poradie určí verejným žrebovaním.</w:t>
      </w:r>
    </w:p>
    <w:p w14:paraId="593EDA4A" w14:textId="77777777" w:rsidR="00062365" w:rsidRPr="007A67C2" w:rsidRDefault="00062365">
      <w:pPr>
        <w:numPr>
          <w:ilvl w:val="0"/>
          <w:numId w:val="12"/>
        </w:numPr>
        <w:spacing w:after="0" w:line="240" w:lineRule="auto"/>
        <w:ind w:left="567" w:hanging="567"/>
        <w:jc w:val="both"/>
        <w:rPr>
          <w:rFonts w:ascii="Times New Roman" w:hAnsi="Times New Roman" w:cs="Times New Roman"/>
          <w:sz w:val="24"/>
          <w:szCs w:val="24"/>
        </w:rPr>
      </w:pPr>
      <w:r w:rsidRPr="007A67C2">
        <w:rPr>
          <w:rFonts w:ascii="Times New Roman" w:hAnsi="Times New Roman" w:cs="Times New Roman"/>
          <w:sz w:val="24"/>
          <w:szCs w:val="24"/>
        </w:rPr>
        <w:t>V prípade volieb  za kategóriu zákonných zástupcov  obaja zákonní zástupcovia majú spoločne jeden hlas bez ohľadu na skutočnosť, či sú manželmi; ak školu navštevuje viac ich detí, za každé dieťa majú spoločne jeden hlas. Podmienka podľa prvej vety platí, aj ak je dieťa súdom zverené len jednému zákonnému zástupcovi alebo do striedavej osobnej starostlivosti.</w:t>
      </w:r>
    </w:p>
    <w:p w14:paraId="60D5ABB0" w14:textId="77777777" w:rsidR="00062365" w:rsidRPr="007A67C2" w:rsidRDefault="00062365">
      <w:pPr>
        <w:numPr>
          <w:ilvl w:val="0"/>
          <w:numId w:val="12"/>
        </w:numPr>
        <w:spacing w:after="0" w:line="240" w:lineRule="auto"/>
        <w:ind w:left="567" w:hanging="567"/>
        <w:jc w:val="both"/>
        <w:rPr>
          <w:rFonts w:ascii="Times New Roman" w:hAnsi="Times New Roman" w:cs="Times New Roman"/>
          <w:sz w:val="24"/>
          <w:szCs w:val="24"/>
        </w:rPr>
      </w:pPr>
      <w:r w:rsidRPr="007A67C2">
        <w:rPr>
          <w:rFonts w:ascii="Times New Roman" w:hAnsi="Times New Roman" w:cs="Times New Roman"/>
          <w:sz w:val="24"/>
          <w:szCs w:val="24"/>
        </w:rPr>
        <w:t xml:space="preserve">Predseda rady školy vyhotoví o vykonaní volieb do rady školy zápisnicu, ktorá obsahuje náležitosti ustanovené zákonom. </w:t>
      </w:r>
    </w:p>
    <w:p w14:paraId="0B25801F" w14:textId="72271821" w:rsidR="00062365" w:rsidRPr="007A67C2" w:rsidRDefault="00062365">
      <w:pPr>
        <w:numPr>
          <w:ilvl w:val="0"/>
          <w:numId w:val="12"/>
        </w:numPr>
        <w:spacing w:after="0" w:line="240" w:lineRule="auto"/>
        <w:ind w:left="567" w:hanging="567"/>
        <w:jc w:val="both"/>
        <w:rPr>
          <w:rFonts w:ascii="Times New Roman" w:hAnsi="Times New Roman" w:cs="Times New Roman"/>
          <w:sz w:val="24"/>
          <w:szCs w:val="24"/>
        </w:rPr>
      </w:pPr>
      <w:r w:rsidRPr="007A67C2">
        <w:rPr>
          <w:rFonts w:ascii="Times New Roman" w:hAnsi="Times New Roman" w:cs="Times New Roman"/>
          <w:sz w:val="24"/>
          <w:szCs w:val="24"/>
        </w:rPr>
        <w:t>Prílohou zápisnice o vykonaní volieb do rady školy je dokumentácia za jednotlivé kategórie voličov vrátane prezenčných listín; ak zápisnica obsahuje osobné údaje, zverejňujú sa v rozsahu meno a priezvisko. Predseda rady školy zabezpečí zverejnenie zápisnice do  troch pracovných dní od vykonania volieb do rady školy za poslednú kategóriu voličov najmä na webovom sídle školy.</w:t>
      </w:r>
    </w:p>
    <w:p w14:paraId="5B699324" w14:textId="77777777" w:rsidR="00062365" w:rsidRDefault="00062365" w:rsidP="00086749">
      <w:pPr>
        <w:spacing w:after="0" w:line="240" w:lineRule="auto"/>
        <w:ind w:left="357"/>
        <w:jc w:val="both"/>
        <w:rPr>
          <w:rFonts w:ascii="Times New Roman" w:hAnsi="Times New Roman" w:cs="Times New Roman"/>
          <w:strike/>
          <w:color w:val="EE0000"/>
          <w:sz w:val="24"/>
          <w:szCs w:val="24"/>
        </w:rPr>
      </w:pPr>
    </w:p>
    <w:p w14:paraId="756650DF" w14:textId="77777777" w:rsidR="00293E07" w:rsidRPr="00293E07" w:rsidRDefault="00293E07" w:rsidP="00293E07">
      <w:pPr>
        <w:spacing w:after="0" w:line="240" w:lineRule="auto"/>
        <w:ind w:left="357"/>
        <w:jc w:val="both"/>
        <w:rPr>
          <w:rFonts w:ascii="Times New Roman" w:hAnsi="Times New Roman" w:cs="Times New Roman"/>
          <w:strike/>
          <w:color w:val="EE0000"/>
          <w:sz w:val="24"/>
          <w:szCs w:val="24"/>
        </w:rPr>
      </w:pPr>
    </w:p>
    <w:p w14:paraId="0E73C10A" w14:textId="77777777" w:rsidR="00293E07" w:rsidRDefault="00293E07" w:rsidP="00086749">
      <w:pPr>
        <w:spacing w:after="0" w:line="240" w:lineRule="auto"/>
        <w:ind w:left="357"/>
        <w:jc w:val="both"/>
        <w:rPr>
          <w:rFonts w:ascii="Times New Roman" w:hAnsi="Times New Roman" w:cs="Times New Roman"/>
          <w:strike/>
          <w:color w:val="EE0000"/>
          <w:sz w:val="24"/>
          <w:szCs w:val="24"/>
        </w:rPr>
      </w:pPr>
    </w:p>
    <w:p w14:paraId="3D7699D8" w14:textId="5DA56991" w:rsidR="00293E07" w:rsidRPr="00293E07" w:rsidRDefault="00293E07" w:rsidP="00293E07">
      <w:pPr>
        <w:spacing w:after="0" w:line="240" w:lineRule="auto"/>
        <w:ind w:left="357"/>
        <w:jc w:val="center"/>
        <w:rPr>
          <w:rFonts w:ascii="Times New Roman" w:hAnsi="Times New Roman" w:cs="Times New Roman"/>
          <w:b/>
          <w:bCs/>
          <w:sz w:val="24"/>
          <w:szCs w:val="24"/>
        </w:rPr>
      </w:pPr>
      <w:r w:rsidRPr="00293E07">
        <w:rPr>
          <w:rFonts w:ascii="Times New Roman" w:hAnsi="Times New Roman" w:cs="Times New Roman"/>
          <w:b/>
          <w:bCs/>
          <w:sz w:val="24"/>
          <w:szCs w:val="24"/>
        </w:rPr>
        <w:t xml:space="preserve">Čl. </w:t>
      </w:r>
      <w:r>
        <w:rPr>
          <w:rFonts w:ascii="Times New Roman" w:hAnsi="Times New Roman" w:cs="Times New Roman"/>
          <w:b/>
          <w:bCs/>
          <w:sz w:val="24"/>
          <w:szCs w:val="24"/>
        </w:rPr>
        <w:t>6</w:t>
      </w:r>
    </w:p>
    <w:p w14:paraId="09F8C631" w14:textId="27B20E75" w:rsidR="00293E07" w:rsidRPr="00293E07" w:rsidRDefault="00293E07" w:rsidP="00293E07">
      <w:pPr>
        <w:spacing w:after="0" w:line="240" w:lineRule="auto"/>
        <w:ind w:left="357"/>
        <w:jc w:val="center"/>
        <w:rPr>
          <w:rFonts w:ascii="Times New Roman" w:hAnsi="Times New Roman" w:cs="Times New Roman"/>
          <w:b/>
          <w:bCs/>
          <w:sz w:val="24"/>
          <w:szCs w:val="24"/>
        </w:rPr>
      </w:pPr>
      <w:r w:rsidRPr="00293E07">
        <w:rPr>
          <w:rFonts w:ascii="Times New Roman" w:hAnsi="Times New Roman" w:cs="Times New Roman"/>
          <w:b/>
          <w:bCs/>
          <w:sz w:val="24"/>
          <w:szCs w:val="24"/>
        </w:rPr>
        <w:t>Výberové konanie  na obsadenie miesta riaditeľa školy</w:t>
      </w:r>
    </w:p>
    <w:p w14:paraId="27D80DA9" w14:textId="77777777" w:rsidR="00293E07" w:rsidRPr="00293E07" w:rsidRDefault="00293E07" w:rsidP="00293E07">
      <w:pPr>
        <w:spacing w:after="0" w:line="240" w:lineRule="auto"/>
        <w:ind w:left="357"/>
        <w:jc w:val="both"/>
        <w:rPr>
          <w:rFonts w:ascii="Times New Roman" w:hAnsi="Times New Roman" w:cs="Times New Roman"/>
          <w:b/>
          <w:bCs/>
          <w:sz w:val="24"/>
          <w:szCs w:val="24"/>
        </w:rPr>
      </w:pPr>
    </w:p>
    <w:p w14:paraId="2690C74A" w14:textId="4ADB9F74" w:rsidR="00293E07" w:rsidRPr="00293E07" w:rsidRDefault="00293E07">
      <w:pPr>
        <w:pStyle w:val="Odsekzoznamu"/>
        <w:numPr>
          <w:ilvl w:val="0"/>
          <w:numId w:val="27"/>
        </w:numPr>
        <w:spacing w:after="0" w:line="240" w:lineRule="auto"/>
        <w:jc w:val="both"/>
        <w:rPr>
          <w:rFonts w:ascii="Times New Roman" w:hAnsi="Times New Roman" w:cs="Times New Roman"/>
          <w:sz w:val="24"/>
          <w:szCs w:val="24"/>
        </w:rPr>
      </w:pPr>
      <w:r w:rsidRPr="00293E07">
        <w:rPr>
          <w:rFonts w:ascii="Times New Roman" w:hAnsi="Times New Roman" w:cs="Times New Roman"/>
          <w:sz w:val="24"/>
          <w:szCs w:val="24"/>
        </w:rPr>
        <w:t>Výberové konanie na obsadenie pracovného miesta riaditeľa školy</w:t>
      </w:r>
      <w:r>
        <w:rPr>
          <w:rFonts w:ascii="Times New Roman" w:hAnsi="Times New Roman" w:cs="Times New Roman"/>
          <w:sz w:val="24"/>
          <w:szCs w:val="24"/>
        </w:rPr>
        <w:t xml:space="preserve"> </w:t>
      </w:r>
      <w:r w:rsidRPr="00293E07">
        <w:rPr>
          <w:rFonts w:ascii="Times New Roman" w:hAnsi="Times New Roman" w:cs="Times New Roman"/>
          <w:sz w:val="24"/>
          <w:szCs w:val="24"/>
        </w:rPr>
        <w:t xml:space="preserve">vyhlasuje a v spolupráci s výberovou komisiou uskutočňuje zriaďovateľ.  </w:t>
      </w:r>
    </w:p>
    <w:p w14:paraId="1B3A32E2" w14:textId="1B511B3B" w:rsidR="00293E07" w:rsidRPr="00293E07" w:rsidRDefault="00293E07">
      <w:pPr>
        <w:pStyle w:val="Odsekzoznamu"/>
        <w:numPr>
          <w:ilvl w:val="0"/>
          <w:numId w:val="27"/>
        </w:numPr>
        <w:spacing w:after="0" w:line="240" w:lineRule="auto"/>
        <w:jc w:val="both"/>
        <w:rPr>
          <w:rFonts w:ascii="Times New Roman" w:hAnsi="Times New Roman" w:cs="Times New Roman"/>
          <w:sz w:val="24"/>
          <w:szCs w:val="24"/>
        </w:rPr>
      </w:pPr>
      <w:r w:rsidRPr="00293E07">
        <w:rPr>
          <w:rFonts w:ascii="Times New Roman" w:hAnsi="Times New Roman" w:cs="Times New Roman"/>
          <w:sz w:val="24"/>
          <w:szCs w:val="24"/>
        </w:rPr>
        <w:t xml:space="preserve">Podľa </w:t>
      </w:r>
      <w:proofErr w:type="spellStart"/>
      <w:r w:rsidRPr="00293E07">
        <w:rPr>
          <w:rFonts w:ascii="Times New Roman" w:hAnsi="Times New Roman" w:cs="Times New Roman"/>
          <w:sz w:val="24"/>
          <w:szCs w:val="24"/>
        </w:rPr>
        <w:t>ust</w:t>
      </w:r>
      <w:proofErr w:type="spellEnd"/>
      <w:r w:rsidRPr="00293E07">
        <w:rPr>
          <w:rFonts w:ascii="Times New Roman" w:hAnsi="Times New Roman" w:cs="Times New Roman"/>
          <w:sz w:val="24"/>
          <w:szCs w:val="24"/>
        </w:rPr>
        <w:t xml:space="preserve">, § 11 odsek 1 zákona členmi výberovej komisie  sú okrem iného aj:  </w:t>
      </w:r>
    </w:p>
    <w:p w14:paraId="22BEC924" w14:textId="0FE1570A" w:rsidR="00293E07" w:rsidRPr="00293E07" w:rsidRDefault="00293E07">
      <w:pPr>
        <w:pStyle w:val="Odsekzoznamu"/>
        <w:numPr>
          <w:ilvl w:val="1"/>
          <w:numId w:val="10"/>
        </w:numPr>
        <w:spacing w:after="0" w:line="240" w:lineRule="auto"/>
        <w:jc w:val="both"/>
        <w:rPr>
          <w:rFonts w:ascii="Times New Roman" w:hAnsi="Times New Roman" w:cs="Times New Roman"/>
          <w:sz w:val="24"/>
          <w:szCs w:val="24"/>
        </w:rPr>
      </w:pPr>
      <w:r w:rsidRPr="00293E07">
        <w:rPr>
          <w:rFonts w:ascii="Times New Roman" w:hAnsi="Times New Roman" w:cs="Times New Roman"/>
          <w:sz w:val="24"/>
          <w:szCs w:val="24"/>
        </w:rPr>
        <w:t xml:space="preserve">predseda rady školy, ktorá je zároveň aj predsedom výberovej komisie </w:t>
      </w:r>
    </w:p>
    <w:p w14:paraId="0C373708" w14:textId="6FD87237" w:rsidR="00293E07" w:rsidRPr="00293E07" w:rsidRDefault="00293E07">
      <w:pPr>
        <w:pStyle w:val="Odsekzoznamu"/>
        <w:numPr>
          <w:ilvl w:val="1"/>
          <w:numId w:val="10"/>
        </w:numPr>
        <w:spacing w:after="0" w:line="240" w:lineRule="auto"/>
        <w:jc w:val="both"/>
        <w:rPr>
          <w:rFonts w:ascii="Times New Roman" w:hAnsi="Times New Roman" w:cs="Times New Roman"/>
          <w:sz w:val="24"/>
          <w:szCs w:val="24"/>
        </w:rPr>
      </w:pPr>
      <w:r w:rsidRPr="00293E07">
        <w:rPr>
          <w:rFonts w:ascii="Times New Roman" w:hAnsi="Times New Roman" w:cs="Times New Roman"/>
          <w:sz w:val="24"/>
          <w:szCs w:val="24"/>
        </w:rPr>
        <w:t>dvaja zástupcovia členov rady školy za kategóriu zamestnancov, kategóriu rodičov a iných fyzických osôb než rodič, ktorí majú dieťa zverené do starostlivosti na základe rozhodnutia súdu a za kategóriu zriaďovateľa pričom platí, že  ak je predseda rady školy zástupcom niektorej z uvedených kategórií, z tejto kategórie sa doplní do výberovej komisie len jeden zástupca.</w:t>
      </w:r>
    </w:p>
    <w:p w14:paraId="3D46F64A" w14:textId="75272487" w:rsidR="00293E07" w:rsidRPr="00293E07" w:rsidRDefault="00293E07">
      <w:pPr>
        <w:pStyle w:val="Odsekzoznamu"/>
        <w:numPr>
          <w:ilvl w:val="0"/>
          <w:numId w:val="27"/>
        </w:numPr>
        <w:spacing w:after="0" w:line="240" w:lineRule="auto"/>
        <w:jc w:val="both"/>
        <w:rPr>
          <w:rFonts w:ascii="Times New Roman" w:hAnsi="Times New Roman" w:cs="Times New Roman"/>
          <w:sz w:val="24"/>
          <w:szCs w:val="24"/>
        </w:rPr>
      </w:pPr>
      <w:r w:rsidRPr="00293E07">
        <w:rPr>
          <w:rFonts w:ascii="Times New Roman" w:hAnsi="Times New Roman" w:cs="Times New Roman"/>
          <w:sz w:val="24"/>
          <w:szCs w:val="24"/>
        </w:rPr>
        <w:lastRenderedPageBreak/>
        <w:t>Členovia rady školy za príslušnú kategóriu volia zo svojich radov zástupcov do výberovej komisie  za danú kategóriu; o voľbe sa vyhotovuje písomný záznam</w:t>
      </w:r>
      <w:r>
        <w:rPr>
          <w:rFonts w:ascii="Times New Roman" w:hAnsi="Times New Roman" w:cs="Times New Roman"/>
          <w:sz w:val="24"/>
          <w:szCs w:val="24"/>
        </w:rPr>
        <w:t>,</w:t>
      </w:r>
      <w:r w:rsidRPr="00293E07">
        <w:rPr>
          <w:rFonts w:ascii="Times New Roman" w:hAnsi="Times New Roman" w:cs="Times New Roman"/>
          <w:sz w:val="24"/>
          <w:szCs w:val="24"/>
        </w:rPr>
        <w:t xml:space="preserve"> ktorý sa doručuje predsedovi rady školy.  </w:t>
      </w:r>
    </w:p>
    <w:p w14:paraId="66633A31" w14:textId="4BC7081F" w:rsidR="00293E07" w:rsidRPr="00293E07" w:rsidRDefault="00293E07">
      <w:pPr>
        <w:pStyle w:val="Odsekzoznamu"/>
        <w:numPr>
          <w:ilvl w:val="0"/>
          <w:numId w:val="27"/>
        </w:numPr>
        <w:spacing w:after="0" w:line="240" w:lineRule="auto"/>
        <w:jc w:val="both"/>
        <w:rPr>
          <w:rFonts w:ascii="Times New Roman" w:hAnsi="Times New Roman" w:cs="Times New Roman"/>
          <w:sz w:val="24"/>
          <w:szCs w:val="24"/>
        </w:rPr>
      </w:pPr>
      <w:r w:rsidRPr="00293E07">
        <w:rPr>
          <w:rFonts w:ascii="Times New Roman" w:hAnsi="Times New Roman" w:cs="Times New Roman"/>
          <w:sz w:val="24"/>
          <w:szCs w:val="24"/>
        </w:rPr>
        <w:t>Ak sú v príslušnej kategórii dvaja členovia rady školy, títo sú zároveň členmi výberovej komisie.</w:t>
      </w:r>
    </w:p>
    <w:p w14:paraId="07BC4451" w14:textId="16EB6820" w:rsidR="00293E07" w:rsidRPr="00293E07" w:rsidRDefault="00293E07">
      <w:pPr>
        <w:pStyle w:val="Odsekzoznamu"/>
        <w:numPr>
          <w:ilvl w:val="0"/>
          <w:numId w:val="27"/>
        </w:numPr>
        <w:spacing w:after="0" w:line="240" w:lineRule="auto"/>
        <w:jc w:val="both"/>
        <w:rPr>
          <w:rFonts w:ascii="Times New Roman" w:hAnsi="Times New Roman" w:cs="Times New Roman"/>
          <w:sz w:val="24"/>
          <w:szCs w:val="24"/>
        </w:rPr>
      </w:pPr>
      <w:r w:rsidRPr="00293E07">
        <w:rPr>
          <w:rFonts w:ascii="Times New Roman" w:hAnsi="Times New Roman" w:cs="Times New Roman"/>
          <w:sz w:val="24"/>
          <w:szCs w:val="24"/>
        </w:rPr>
        <w:t>Ak je v príslušnej kategórii menej ako dvaja členovia rady školy, tento člen je zároveň členom výberovej komisie. Druhým zástupcom za danú kategóriu je kandidát na člena rady školy za túto kategóriu, ktorý vo voľbách získal druhý najvyšší počet hlasov, prípadne ďalší kandidát v poradí podľa počtu získaných hlasov.</w:t>
      </w:r>
    </w:p>
    <w:p w14:paraId="5C959B16" w14:textId="79B14B7F" w:rsidR="00293E07" w:rsidRPr="00293E07" w:rsidRDefault="00293E07">
      <w:pPr>
        <w:pStyle w:val="Odsekzoznamu"/>
        <w:numPr>
          <w:ilvl w:val="0"/>
          <w:numId w:val="27"/>
        </w:numPr>
        <w:spacing w:after="0" w:line="240" w:lineRule="auto"/>
        <w:jc w:val="both"/>
        <w:rPr>
          <w:rFonts w:ascii="Times New Roman" w:hAnsi="Times New Roman" w:cs="Times New Roman"/>
          <w:sz w:val="24"/>
          <w:szCs w:val="24"/>
        </w:rPr>
      </w:pPr>
      <w:r w:rsidRPr="00293E07">
        <w:rPr>
          <w:rFonts w:ascii="Times New Roman" w:hAnsi="Times New Roman" w:cs="Times New Roman"/>
          <w:sz w:val="24"/>
          <w:szCs w:val="24"/>
        </w:rPr>
        <w:t>Ak  podľa odseku 5 nie je možné určiť druhého zástupcu, tento sa zvolí voľbou príslušnej kategórie voličov. Za zástupcu je zvolený kandidát, ktorý získal najvyšší počet hlasov. V prípade rovnosti hlasov rozhodne žreb, ktorý riadi predseda rady školy.</w:t>
      </w:r>
    </w:p>
    <w:p w14:paraId="0FA088B2" w14:textId="77777777" w:rsidR="00293E07" w:rsidRPr="007A67C2" w:rsidRDefault="00293E07" w:rsidP="00293E07">
      <w:pPr>
        <w:spacing w:after="0" w:line="240" w:lineRule="auto"/>
        <w:jc w:val="both"/>
        <w:rPr>
          <w:rFonts w:ascii="Times New Roman" w:hAnsi="Times New Roman" w:cs="Times New Roman"/>
          <w:strike/>
          <w:color w:val="EE0000"/>
          <w:sz w:val="24"/>
          <w:szCs w:val="24"/>
        </w:rPr>
      </w:pPr>
    </w:p>
    <w:p w14:paraId="11CF8B77" w14:textId="77777777" w:rsidR="008926B3" w:rsidRPr="007A67C2" w:rsidRDefault="008926B3" w:rsidP="00086749">
      <w:pPr>
        <w:spacing w:after="0" w:line="240" w:lineRule="auto"/>
        <w:jc w:val="both"/>
        <w:rPr>
          <w:rFonts w:ascii="Times New Roman" w:hAnsi="Times New Roman" w:cs="Times New Roman"/>
          <w:sz w:val="24"/>
          <w:szCs w:val="24"/>
        </w:rPr>
      </w:pPr>
    </w:p>
    <w:p w14:paraId="4778E21A" w14:textId="196DDC31" w:rsidR="00787AB1" w:rsidRPr="007A67C2" w:rsidRDefault="00141849" w:rsidP="00086749">
      <w:pPr>
        <w:spacing w:after="0" w:line="240" w:lineRule="auto"/>
        <w:jc w:val="center"/>
        <w:rPr>
          <w:rFonts w:ascii="Times New Roman" w:hAnsi="Times New Roman" w:cs="Times New Roman"/>
          <w:b/>
          <w:bCs/>
          <w:sz w:val="24"/>
          <w:szCs w:val="24"/>
        </w:rPr>
      </w:pPr>
      <w:r w:rsidRPr="007A67C2">
        <w:rPr>
          <w:rFonts w:ascii="Times New Roman" w:hAnsi="Times New Roman" w:cs="Times New Roman"/>
          <w:b/>
          <w:bCs/>
          <w:sz w:val="24"/>
          <w:szCs w:val="24"/>
        </w:rPr>
        <w:t xml:space="preserve">Čl. </w:t>
      </w:r>
      <w:r w:rsidR="00293E07">
        <w:rPr>
          <w:rFonts w:ascii="Times New Roman" w:hAnsi="Times New Roman" w:cs="Times New Roman"/>
          <w:b/>
          <w:bCs/>
          <w:sz w:val="24"/>
          <w:szCs w:val="24"/>
        </w:rPr>
        <w:t>7</w:t>
      </w:r>
    </w:p>
    <w:p w14:paraId="0386D731" w14:textId="6989D079" w:rsidR="00787AB1" w:rsidRPr="007A67C2" w:rsidRDefault="00141849" w:rsidP="00086749">
      <w:pPr>
        <w:spacing w:after="0" w:line="240" w:lineRule="auto"/>
        <w:jc w:val="center"/>
        <w:rPr>
          <w:rFonts w:ascii="Times New Roman" w:hAnsi="Times New Roman" w:cs="Times New Roman"/>
          <w:b/>
          <w:bCs/>
          <w:sz w:val="24"/>
          <w:szCs w:val="24"/>
        </w:rPr>
      </w:pPr>
      <w:r w:rsidRPr="007A67C2">
        <w:rPr>
          <w:rFonts w:ascii="Times New Roman" w:hAnsi="Times New Roman" w:cs="Times New Roman"/>
          <w:b/>
          <w:bCs/>
          <w:sz w:val="24"/>
          <w:szCs w:val="24"/>
        </w:rPr>
        <w:t>Zánik členstva</w:t>
      </w:r>
      <w:r w:rsidR="00371097" w:rsidRPr="007A67C2">
        <w:rPr>
          <w:rFonts w:ascii="Times New Roman" w:hAnsi="Times New Roman" w:cs="Times New Roman"/>
          <w:b/>
          <w:bCs/>
          <w:sz w:val="24"/>
          <w:szCs w:val="24"/>
        </w:rPr>
        <w:t xml:space="preserve"> v rade školy</w:t>
      </w:r>
    </w:p>
    <w:p w14:paraId="66FA1ACF" w14:textId="77777777" w:rsidR="00787AB1" w:rsidRPr="007A67C2" w:rsidRDefault="00787AB1" w:rsidP="00086749">
      <w:pPr>
        <w:spacing w:after="0" w:line="240" w:lineRule="auto"/>
        <w:jc w:val="both"/>
        <w:rPr>
          <w:rFonts w:ascii="Times New Roman" w:hAnsi="Times New Roman" w:cs="Times New Roman"/>
          <w:sz w:val="24"/>
          <w:szCs w:val="24"/>
        </w:rPr>
      </w:pPr>
    </w:p>
    <w:p w14:paraId="05AF65C7" w14:textId="21C7E3C8" w:rsidR="00371097" w:rsidRPr="007A67C2" w:rsidRDefault="002418EB">
      <w:pPr>
        <w:pStyle w:val="Odsekzoznamu"/>
        <w:numPr>
          <w:ilvl w:val="0"/>
          <w:numId w:val="14"/>
        </w:numPr>
        <w:spacing w:after="0" w:line="240" w:lineRule="auto"/>
        <w:ind w:left="567" w:hanging="567"/>
        <w:jc w:val="both"/>
        <w:rPr>
          <w:rFonts w:ascii="Times New Roman" w:hAnsi="Times New Roman" w:cs="Times New Roman"/>
          <w:sz w:val="24"/>
          <w:szCs w:val="24"/>
        </w:rPr>
      </w:pPr>
      <w:r w:rsidRPr="007A67C2">
        <w:rPr>
          <w:rFonts w:ascii="Times New Roman" w:hAnsi="Times New Roman" w:cs="Times New Roman"/>
          <w:sz w:val="24"/>
          <w:szCs w:val="24"/>
        </w:rPr>
        <w:t>Zánik členstva v rade školy je  upravená v </w:t>
      </w:r>
      <w:proofErr w:type="spellStart"/>
      <w:r w:rsidRPr="007A67C2">
        <w:rPr>
          <w:rFonts w:ascii="Times New Roman" w:hAnsi="Times New Roman" w:cs="Times New Roman"/>
          <w:sz w:val="24"/>
          <w:szCs w:val="24"/>
        </w:rPr>
        <w:t>ust</w:t>
      </w:r>
      <w:proofErr w:type="spellEnd"/>
      <w:r w:rsidRPr="007A67C2">
        <w:rPr>
          <w:rFonts w:ascii="Times New Roman" w:hAnsi="Times New Roman" w:cs="Times New Roman"/>
          <w:sz w:val="24"/>
          <w:szCs w:val="24"/>
        </w:rPr>
        <w:t xml:space="preserve">. § 22 odsek 1 zákona, podľa ktorého </w:t>
      </w:r>
      <w:r w:rsidR="00062365" w:rsidRPr="007A67C2">
        <w:rPr>
          <w:rFonts w:ascii="Times New Roman" w:hAnsi="Times New Roman" w:cs="Times New Roman"/>
          <w:sz w:val="24"/>
          <w:szCs w:val="24"/>
        </w:rPr>
        <w:t xml:space="preserve">členstvo v rade školy zaniká: </w:t>
      </w:r>
    </w:p>
    <w:p w14:paraId="34E02A2F" w14:textId="77777777" w:rsidR="00371097" w:rsidRPr="007A67C2" w:rsidRDefault="00371097">
      <w:pPr>
        <w:numPr>
          <w:ilvl w:val="0"/>
          <w:numId w:val="13"/>
        </w:numPr>
        <w:spacing w:after="0" w:line="240" w:lineRule="auto"/>
        <w:ind w:left="851" w:hanging="284"/>
        <w:jc w:val="both"/>
        <w:rPr>
          <w:rFonts w:ascii="Times New Roman" w:hAnsi="Times New Roman" w:cs="Times New Roman"/>
          <w:sz w:val="24"/>
          <w:szCs w:val="24"/>
        </w:rPr>
      </w:pPr>
      <w:r w:rsidRPr="007A67C2">
        <w:rPr>
          <w:rFonts w:ascii="Times New Roman" w:hAnsi="Times New Roman" w:cs="Times New Roman"/>
          <w:sz w:val="24"/>
          <w:szCs w:val="24"/>
        </w:rPr>
        <w:t>uplynutím funkčného obdobia rady školy,</w:t>
      </w:r>
    </w:p>
    <w:p w14:paraId="16BF0AF8" w14:textId="77777777" w:rsidR="00371097" w:rsidRPr="007A67C2" w:rsidRDefault="00371097">
      <w:pPr>
        <w:numPr>
          <w:ilvl w:val="0"/>
          <w:numId w:val="13"/>
        </w:numPr>
        <w:spacing w:after="0" w:line="240" w:lineRule="auto"/>
        <w:ind w:left="851" w:hanging="284"/>
        <w:jc w:val="both"/>
        <w:rPr>
          <w:rFonts w:ascii="Times New Roman" w:hAnsi="Times New Roman" w:cs="Times New Roman"/>
          <w:sz w:val="24"/>
          <w:szCs w:val="24"/>
        </w:rPr>
      </w:pPr>
      <w:r w:rsidRPr="007A67C2">
        <w:rPr>
          <w:rFonts w:ascii="Times New Roman" w:hAnsi="Times New Roman" w:cs="Times New Roman"/>
          <w:sz w:val="24"/>
          <w:szCs w:val="24"/>
        </w:rPr>
        <w:t xml:space="preserve">vzdaním sa členstva, </w:t>
      </w:r>
    </w:p>
    <w:p w14:paraId="3A1480EB" w14:textId="77777777" w:rsidR="00371097" w:rsidRPr="007A67C2" w:rsidRDefault="00371097">
      <w:pPr>
        <w:numPr>
          <w:ilvl w:val="0"/>
          <w:numId w:val="13"/>
        </w:numPr>
        <w:spacing w:after="0" w:line="240" w:lineRule="auto"/>
        <w:ind w:left="851" w:hanging="284"/>
        <w:jc w:val="both"/>
        <w:rPr>
          <w:rFonts w:ascii="Times New Roman" w:hAnsi="Times New Roman" w:cs="Times New Roman"/>
          <w:sz w:val="24"/>
          <w:szCs w:val="24"/>
        </w:rPr>
      </w:pPr>
      <w:r w:rsidRPr="007A67C2">
        <w:rPr>
          <w:rFonts w:ascii="Times New Roman" w:hAnsi="Times New Roman" w:cs="Times New Roman"/>
          <w:sz w:val="24"/>
          <w:szCs w:val="24"/>
        </w:rPr>
        <w:t xml:space="preserve">ustanovením do funkcie, ktorá je nezlučiteľná s členstvom v rade školy, </w:t>
      </w:r>
    </w:p>
    <w:p w14:paraId="3FA29362" w14:textId="77777777" w:rsidR="00371097" w:rsidRPr="007A67C2" w:rsidRDefault="00371097">
      <w:pPr>
        <w:numPr>
          <w:ilvl w:val="0"/>
          <w:numId w:val="13"/>
        </w:numPr>
        <w:spacing w:after="0" w:line="240" w:lineRule="auto"/>
        <w:ind w:left="851" w:hanging="284"/>
        <w:jc w:val="both"/>
        <w:rPr>
          <w:rFonts w:ascii="Times New Roman" w:hAnsi="Times New Roman" w:cs="Times New Roman"/>
          <w:sz w:val="24"/>
          <w:szCs w:val="24"/>
        </w:rPr>
      </w:pPr>
      <w:r w:rsidRPr="007A67C2">
        <w:rPr>
          <w:rFonts w:ascii="Times New Roman" w:hAnsi="Times New Roman" w:cs="Times New Roman"/>
          <w:sz w:val="24"/>
          <w:szCs w:val="24"/>
        </w:rPr>
        <w:t xml:space="preserve">skončením pracovnoprávneho vzťahu so školou, ak ide o člena zvoleného za kategóriu zamestnancov; to platí, aj ak skončenie pracovnoprávneho vzťahu bolo rozhodnutím súdu vyhlásené za neplatné, </w:t>
      </w:r>
    </w:p>
    <w:p w14:paraId="5AFCF28A" w14:textId="77777777" w:rsidR="00371097" w:rsidRPr="007A67C2" w:rsidRDefault="00371097">
      <w:pPr>
        <w:numPr>
          <w:ilvl w:val="0"/>
          <w:numId w:val="13"/>
        </w:numPr>
        <w:spacing w:after="0" w:line="240" w:lineRule="auto"/>
        <w:ind w:left="851" w:hanging="284"/>
        <w:jc w:val="both"/>
        <w:rPr>
          <w:rFonts w:ascii="Times New Roman" w:hAnsi="Times New Roman" w:cs="Times New Roman"/>
          <w:sz w:val="24"/>
          <w:szCs w:val="24"/>
        </w:rPr>
      </w:pPr>
      <w:r w:rsidRPr="007A67C2">
        <w:rPr>
          <w:rFonts w:ascii="Times New Roman" w:hAnsi="Times New Roman" w:cs="Times New Roman"/>
          <w:sz w:val="24"/>
          <w:szCs w:val="24"/>
        </w:rPr>
        <w:t>dňom, kedy dieťa zvoleného zástupcu zákonných zástupcov prestane byť dieťaťom alebo žiakom školy,</w:t>
      </w:r>
    </w:p>
    <w:p w14:paraId="34F16D1A" w14:textId="77777777" w:rsidR="00371097" w:rsidRPr="007A67C2" w:rsidRDefault="00371097">
      <w:pPr>
        <w:numPr>
          <w:ilvl w:val="0"/>
          <w:numId w:val="13"/>
        </w:numPr>
        <w:spacing w:after="0" w:line="240" w:lineRule="auto"/>
        <w:ind w:left="851" w:hanging="284"/>
        <w:jc w:val="both"/>
        <w:rPr>
          <w:rFonts w:ascii="Times New Roman" w:hAnsi="Times New Roman" w:cs="Times New Roman"/>
          <w:sz w:val="24"/>
          <w:szCs w:val="24"/>
        </w:rPr>
      </w:pPr>
      <w:r w:rsidRPr="007A67C2">
        <w:rPr>
          <w:rFonts w:ascii="Times New Roman" w:hAnsi="Times New Roman" w:cs="Times New Roman"/>
          <w:sz w:val="24"/>
          <w:szCs w:val="24"/>
        </w:rPr>
        <w:t>odvolaním člena rady školy,</w:t>
      </w:r>
    </w:p>
    <w:p w14:paraId="2CF35789" w14:textId="77777777" w:rsidR="00371097" w:rsidRPr="007A67C2" w:rsidRDefault="00371097">
      <w:pPr>
        <w:numPr>
          <w:ilvl w:val="0"/>
          <w:numId w:val="13"/>
        </w:numPr>
        <w:spacing w:after="0" w:line="240" w:lineRule="auto"/>
        <w:ind w:left="851" w:hanging="284"/>
        <w:jc w:val="both"/>
        <w:rPr>
          <w:rFonts w:ascii="Times New Roman" w:hAnsi="Times New Roman" w:cs="Times New Roman"/>
          <w:sz w:val="24"/>
          <w:szCs w:val="24"/>
        </w:rPr>
      </w:pPr>
      <w:r w:rsidRPr="007A67C2">
        <w:rPr>
          <w:rFonts w:ascii="Times New Roman" w:hAnsi="Times New Roman" w:cs="Times New Roman"/>
          <w:sz w:val="24"/>
          <w:szCs w:val="24"/>
        </w:rPr>
        <w:t>obmedzením spôsobilosti na právne úkony,</w:t>
      </w:r>
    </w:p>
    <w:p w14:paraId="0E71FB7D" w14:textId="77777777" w:rsidR="00371097" w:rsidRPr="007A67C2" w:rsidRDefault="00371097">
      <w:pPr>
        <w:numPr>
          <w:ilvl w:val="0"/>
          <w:numId w:val="13"/>
        </w:numPr>
        <w:spacing w:after="0" w:line="240" w:lineRule="auto"/>
        <w:ind w:left="851" w:hanging="284"/>
        <w:jc w:val="both"/>
        <w:rPr>
          <w:rFonts w:ascii="Times New Roman" w:hAnsi="Times New Roman" w:cs="Times New Roman"/>
          <w:sz w:val="24"/>
          <w:szCs w:val="24"/>
        </w:rPr>
      </w:pPr>
      <w:r w:rsidRPr="007A67C2">
        <w:rPr>
          <w:rFonts w:ascii="Times New Roman" w:hAnsi="Times New Roman" w:cs="Times New Roman"/>
          <w:sz w:val="24"/>
          <w:szCs w:val="24"/>
        </w:rPr>
        <w:t>smrťou alebo vyhlásením za mŕtveho,</w:t>
      </w:r>
    </w:p>
    <w:p w14:paraId="45C9A049" w14:textId="77777777" w:rsidR="00371097" w:rsidRPr="007A67C2" w:rsidRDefault="00371097">
      <w:pPr>
        <w:numPr>
          <w:ilvl w:val="0"/>
          <w:numId w:val="13"/>
        </w:numPr>
        <w:spacing w:after="0" w:line="240" w:lineRule="auto"/>
        <w:ind w:left="851" w:hanging="284"/>
        <w:jc w:val="both"/>
        <w:rPr>
          <w:rFonts w:ascii="Times New Roman" w:hAnsi="Times New Roman" w:cs="Times New Roman"/>
          <w:sz w:val="24"/>
          <w:szCs w:val="24"/>
        </w:rPr>
      </w:pPr>
      <w:r w:rsidRPr="007A67C2">
        <w:rPr>
          <w:rFonts w:ascii="Times New Roman" w:hAnsi="Times New Roman" w:cs="Times New Roman"/>
          <w:sz w:val="24"/>
          <w:szCs w:val="24"/>
        </w:rPr>
        <w:t>výmazom školy z registra alebo zrušením príslušnej organizačnej zložky.</w:t>
      </w:r>
    </w:p>
    <w:p w14:paraId="4A2C0A6F" w14:textId="77777777" w:rsidR="00371097" w:rsidRPr="007A67C2" w:rsidRDefault="00371097">
      <w:pPr>
        <w:numPr>
          <w:ilvl w:val="0"/>
          <w:numId w:val="14"/>
        </w:numPr>
        <w:spacing w:after="0" w:line="240" w:lineRule="auto"/>
        <w:ind w:left="567" w:hanging="561"/>
        <w:jc w:val="both"/>
        <w:rPr>
          <w:rFonts w:ascii="Times New Roman" w:hAnsi="Times New Roman" w:cs="Times New Roman"/>
          <w:sz w:val="24"/>
          <w:szCs w:val="24"/>
        </w:rPr>
      </w:pPr>
      <w:r w:rsidRPr="007A67C2">
        <w:rPr>
          <w:rFonts w:ascii="Times New Roman" w:hAnsi="Times New Roman" w:cs="Times New Roman"/>
          <w:sz w:val="24"/>
          <w:szCs w:val="24"/>
        </w:rPr>
        <w:t>Člen rady školy sa môže vzdať členstva písomným oznámením, ktoré doručuje zriaďovateľovi. Členstvo v rade školy zaniká dňom jeho doručenia, ak v ňom nie je uvedený neskorší dátum vzdania sa členstva.</w:t>
      </w:r>
    </w:p>
    <w:p w14:paraId="76B9612A" w14:textId="77777777" w:rsidR="00510B4B" w:rsidRPr="007A67C2" w:rsidRDefault="00371097">
      <w:pPr>
        <w:numPr>
          <w:ilvl w:val="0"/>
          <w:numId w:val="14"/>
        </w:numPr>
        <w:spacing w:after="0" w:line="240" w:lineRule="auto"/>
        <w:ind w:left="567" w:hanging="561"/>
        <w:jc w:val="both"/>
        <w:rPr>
          <w:rFonts w:ascii="Times New Roman" w:hAnsi="Times New Roman" w:cs="Times New Roman"/>
          <w:sz w:val="24"/>
          <w:szCs w:val="24"/>
        </w:rPr>
      </w:pPr>
      <w:r w:rsidRPr="007A67C2">
        <w:rPr>
          <w:rFonts w:ascii="Times New Roman" w:hAnsi="Times New Roman" w:cs="Times New Roman"/>
          <w:sz w:val="24"/>
          <w:szCs w:val="24"/>
        </w:rPr>
        <w:t>Voleného člena rady školy môže odvolať len príslušná kategória voličov, ktorú v rade školy zastupuje</w:t>
      </w:r>
    </w:p>
    <w:p w14:paraId="16B91440" w14:textId="77777777" w:rsidR="005836A3" w:rsidRPr="007A67C2" w:rsidRDefault="00371097">
      <w:pPr>
        <w:numPr>
          <w:ilvl w:val="0"/>
          <w:numId w:val="14"/>
        </w:numPr>
        <w:spacing w:after="0" w:line="240" w:lineRule="auto"/>
        <w:ind w:left="567" w:hanging="561"/>
        <w:jc w:val="both"/>
        <w:rPr>
          <w:rFonts w:ascii="Times New Roman" w:hAnsi="Times New Roman" w:cs="Times New Roman"/>
          <w:sz w:val="24"/>
          <w:szCs w:val="24"/>
        </w:rPr>
      </w:pPr>
      <w:r w:rsidRPr="007A67C2">
        <w:rPr>
          <w:rFonts w:ascii="Times New Roman" w:hAnsi="Times New Roman" w:cs="Times New Roman"/>
          <w:sz w:val="24"/>
          <w:szCs w:val="24"/>
        </w:rPr>
        <w:t>Písomný záznam o odvolaní člena rady školy doručí predseda rady školy zriaďovateľovi alebo ak ide o odvolanie predsedu rady školy, doručí ho člen rady školy poverený radou školy.</w:t>
      </w:r>
    </w:p>
    <w:p w14:paraId="167F4A42" w14:textId="5C146D7C" w:rsidR="005836A3" w:rsidRPr="007A67C2" w:rsidRDefault="005836A3">
      <w:pPr>
        <w:numPr>
          <w:ilvl w:val="0"/>
          <w:numId w:val="14"/>
        </w:numPr>
        <w:spacing w:after="0" w:line="240" w:lineRule="auto"/>
        <w:ind w:left="567" w:hanging="561"/>
        <w:jc w:val="both"/>
        <w:rPr>
          <w:rFonts w:ascii="Times New Roman" w:hAnsi="Times New Roman" w:cs="Times New Roman"/>
          <w:sz w:val="24"/>
          <w:szCs w:val="24"/>
        </w:rPr>
      </w:pPr>
      <w:r w:rsidRPr="007A67C2">
        <w:rPr>
          <w:rFonts w:ascii="Times New Roman" w:hAnsi="Times New Roman" w:cs="Times New Roman"/>
          <w:sz w:val="24"/>
          <w:szCs w:val="24"/>
        </w:rPr>
        <w:t>Ak zaniklo členstvo v rade školy pred skončením jej funkčného obdobia, zvolí príslušná kategória voličov na uvoľnené miesto nového člena rady školy nasledovne:</w:t>
      </w:r>
    </w:p>
    <w:p w14:paraId="2C5082BF" w14:textId="77777777" w:rsidR="005836A3" w:rsidRPr="007A67C2" w:rsidRDefault="005836A3">
      <w:pPr>
        <w:pStyle w:val="Odsekzoznamu"/>
        <w:numPr>
          <w:ilvl w:val="0"/>
          <w:numId w:val="15"/>
        </w:numPr>
        <w:autoSpaceDN w:val="0"/>
        <w:spacing w:after="0" w:line="240" w:lineRule="auto"/>
        <w:ind w:left="851" w:hanging="284"/>
        <w:contextualSpacing w:val="0"/>
        <w:jc w:val="both"/>
        <w:textAlignment w:val="baseline"/>
        <w:rPr>
          <w:rFonts w:ascii="Times New Roman" w:hAnsi="Times New Roman" w:cs="Times New Roman"/>
          <w:sz w:val="24"/>
          <w:szCs w:val="24"/>
        </w:rPr>
      </w:pPr>
      <w:r w:rsidRPr="007A67C2">
        <w:rPr>
          <w:rFonts w:ascii="Times New Roman" w:hAnsi="Times New Roman" w:cs="Times New Roman"/>
          <w:sz w:val="24"/>
          <w:szCs w:val="24"/>
        </w:rPr>
        <w:t xml:space="preserve">v prípade člena, ktorý je voleným zástupcom zamestnancov školy, nastupuje na jeho miesto zástupca zamestnancov, </w:t>
      </w:r>
      <w:bookmarkStart w:id="0" w:name="_Hlk219467636"/>
      <w:r w:rsidRPr="007A67C2">
        <w:rPr>
          <w:rFonts w:ascii="Times New Roman" w:hAnsi="Times New Roman" w:cs="Times New Roman"/>
          <w:sz w:val="24"/>
          <w:szCs w:val="24"/>
        </w:rPr>
        <w:t>ktorý sa v riadnych voľbách do rady školy za príslušnú kategóriu voličov umiestnil ako ďalší v poradí podľa počtu získaných hlasov za zvolenými zástupcami, spĺňa podmienky pre ustanovenie do funkcie člena rady školy a súhlasí s ustanovením do funkcie člena rady školy</w:t>
      </w:r>
      <w:bookmarkEnd w:id="0"/>
      <w:r w:rsidRPr="007A67C2">
        <w:rPr>
          <w:rFonts w:ascii="Times New Roman" w:hAnsi="Times New Roman" w:cs="Times New Roman"/>
          <w:sz w:val="24"/>
          <w:szCs w:val="24"/>
        </w:rPr>
        <w:t>,</w:t>
      </w:r>
    </w:p>
    <w:p w14:paraId="1BE760F5" w14:textId="2CCBFE40" w:rsidR="005836A3" w:rsidRPr="007A67C2" w:rsidRDefault="005836A3">
      <w:pPr>
        <w:pStyle w:val="Odsekzoznamu"/>
        <w:numPr>
          <w:ilvl w:val="0"/>
          <w:numId w:val="15"/>
        </w:numPr>
        <w:autoSpaceDN w:val="0"/>
        <w:spacing w:after="0" w:line="240" w:lineRule="auto"/>
        <w:ind w:left="851" w:hanging="284"/>
        <w:contextualSpacing w:val="0"/>
        <w:jc w:val="both"/>
        <w:textAlignment w:val="baseline"/>
        <w:rPr>
          <w:rFonts w:ascii="Times New Roman" w:hAnsi="Times New Roman" w:cs="Times New Roman"/>
          <w:sz w:val="24"/>
          <w:szCs w:val="24"/>
        </w:rPr>
      </w:pPr>
      <w:r w:rsidRPr="007A67C2">
        <w:rPr>
          <w:rFonts w:ascii="Times New Roman" w:hAnsi="Times New Roman" w:cs="Times New Roman"/>
          <w:sz w:val="24"/>
          <w:szCs w:val="24"/>
        </w:rPr>
        <w:t xml:space="preserve">v prípade člena, ktorý je voleným zástupcom zákonných zástupcov, nastupuje na jeho miesto zástupca zákonných zástupcov, ktorý sa v riadnych voľbách do rady školy za príslušnú kategóriu voličov umiestnil ako ďalší v poradí podľa počtu získaných </w:t>
      </w:r>
      <w:r w:rsidRPr="007A67C2">
        <w:rPr>
          <w:rFonts w:ascii="Times New Roman" w:hAnsi="Times New Roman" w:cs="Times New Roman"/>
          <w:sz w:val="24"/>
          <w:szCs w:val="24"/>
        </w:rPr>
        <w:lastRenderedPageBreak/>
        <w:t>hlasov za zvolenými zástupcami, spĺňa podmienky pre ustanovenie do funkcie člena rady školy a súhlasí s ustanovením do funkcie člena rady školy,</w:t>
      </w:r>
    </w:p>
    <w:p w14:paraId="7E27547C" w14:textId="6337AC4F" w:rsidR="005836A3" w:rsidRPr="007A67C2" w:rsidRDefault="005836A3">
      <w:pPr>
        <w:pStyle w:val="Odsekzoznamu"/>
        <w:numPr>
          <w:ilvl w:val="0"/>
          <w:numId w:val="14"/>
        </w:numPr>
        <w:spacing w:after="0" w:line="240" w:lineRule="auto"/>
        <w:ind w:left="567" w:hanging="567"/>
        <w:jc w:val="both"/>
        <w:rPr>
          <w:rFonts w:ascii="Times New Roman" w:hAnsi="Times New Roman" w:cs="Times New Roman"/>
          <w:sz w:val="24"/>
          <w:szCs w:val="24"/>
        </w:rPr>
      </w:pPr>
      <w:r w:rsidRPr="007A67C2">
        <w:rPr>
          <w:rFonts w:ascii="Times New Roman" w:hAnsi="Times New Roman" w:cs="Times New Roman"/>
          <w:sz w:val="24"/>
          <w:szCs w:val="24"/>
        </w:rPr>
        <w:t>Ak nie je možné postupovať podľa odseku  5 tohto článku, pre doplnenie členov rady školy pri volených zástupcoch zorganizuje rada školy v spolupráci so zriaďovateľom a riaditeľom školy doplňujúce voľby pre danú skupinu oprávnených voličov.</w:t>
      </w:r>
    </w:p>
    <w:p w14:paraId="45E11E92" w14:textId="77777777" w:rsidR="005836A3" w:rsidRPr="007A67C2" w:rsidRDefault="005836A3">
      <w:pPr>
        <w:numPr>
          <w:ilvl w:val="0"/>
          <w:numId w:val="14"/>
        </w:numPr>
        <w:spacing w:after="0" w:line="240" w:lineRule="auto"/>
        <w:ind w:left="567" w:hanging="567"/>
        <w:jc w:val="both"/>
        <w:rPr>
          <w:rFonts w:ascii="Times New Roman" w:hAnsi="Times New Roman" w:cs="Times New Roman"/>
          <w:sz w:val="24"/>
          <w:szCs w:val="24"/>
        </w:rPr>
      </w:pPr>
      <w:r w:rsidRPr="007A67C2">
        <w:rPr>
          <w:rFonts w:ascii="Times New Roman" w:hAnsi="Times New Roman" w:cs="Times New Roman"/>
          <w:sz w:val="24"/>
          <w:szCs w:val="24"/>
        </w:rPr>
        <w:t xml:space="preserve">Zriaďovateľ môže odvolať delegovaného zástupcu bez uvedenia dôvodu; odvolanie musí byť písomné a zriaďovateľ listinu o odvolaní člena rady školy doručuje rade školy. </w:t>
      </w:r>
    </w:p>
    <w:p w14:paraId="2F8F78FB" w14:textId="7E56B181" w:rsidR="00AF20EE" w:rsidRPr="007A67C2" w:rsidRDefault="00AF20EE" w:rsidP="00086749">
      <w:pPr>
        <w:pStyle w:val="Odsekzoznamu"/>
        <w:spacing w:after="0" w:line="240" w:lineRule="auto"/>
        <w:ind w:left="1145"/>
        <w:jc w:val="both"/>
        <w:rPr>
          <w:rFonts w:ascii="Times New Roman" w:hAnsi="Times New Roman" w:cs="Times New Roman"/>
          <w:sz w:val="24"/>
          <w:szCs w:val="24"/>
        </w:rPr>
      </w:pPr>
    </w:p>
    <w:p w14:paraId="339D9EE9" w14:textId="22392A42" w:rsidR="00AE1E22" w:rsidRPr="007A67C2" w:rsidRDefault="00AE1E22" w:rsidP="00086749">
      <w:pPr>
        <w:spacing w:after="0" w:line="240" w:lineRule="auto"/>
        <w:jc w:val="center"/>
        <w:rPr>
          <w:rFonts w:ascii="Times New Roman" w:hAnsi="Times New Roman" w:cs="Times New Roman"/>
          <w:b/>
          <w:bCs/>
          <w:sz w:val="24"/>
          <w:szCs w:val="24"/>
        </w:rPr>
      </w:pPr>
      <w:r w:rsidRPr="007A67C2">
        <w:rPr>
          <w:rFonts w:ascii="Times New Roman" w:hAnsi="Times New Roman" w:cs="Times New Roman"/>
          <w:b/>
          <w:bCs/>
          <w:sz w:val="24"/>
          <w:szCs w:val="24"/>
        </w:rPr>
        <w:t xml:space="preserve">Čl. </w:t>
      </w:r>
      <w:r w:rsidR="00293E07">
        <w:rPr>
          <w:rFonts w:ascii="Times New Roman" w:hAnsi="Times New Roman" w:cs="Times New Roman"/>
          <w:b/>
          <w:bCs/>
          <w:sz w:val="24"/>
          <w:szCs w:val="24"/>
        </w:rPr>
        <w:t>8</w:t>
      </w:r>
    </w:p>
    <w:p w14:paraId="40E61BCC" w14:textId="7F2A30FC" w:rsidR="00AE1E22" w:rsidRPr="007A67C2" w:rsidRDefault="00AE1E22" w:rsidP="00086749">
      <w:pPr>
        <w:spacing w:after="0" w:line="240" w:lineRule="auto"/>
        <w:jc w:val="center"/>
        <w:rPr>
          <w:rFonts w:ascii="Times New Roman" w:hAnsi="Times New Roman" w:cs="Times New Roman"/>
          <w:b/>
          <w:bCs/>
          <w:sz w:val="24"/>
          <w:szCs w:val="24"/>
        </w:rPr>
      </w:pPr>
      <w:r w:rsidRPr="007A67C2">
        <w:rPr>
          <w:rFonts w:ascii="Times New Roman" w:hAnsi="Times New Roman" w:cs="Times New Roman"/>
          <w:b/>
          <w:bCs/>
          <w:sz w:val="24"/>
          <w:szCs w:val="24"/>
        </w:rPr>
        <w:t>Predseda a</w:t>
      </w:r>
      <w:r w:rsidR="005836A3" w:rsidRPr="007A67C2">
        <w:rPr>
          <w:rFonts w:ascii="Times New Roman" w:hAnsi="Times New Roman" w:cs="Times New Roman"/>
          <w:b/>
          <w:bCs/>
          <w:sz w:val="24"/>
          <w:szCs w:val="24"/>
        </w:rPr>
        <w:t> </w:t>
      </w:r>
      <w:r w:rsidRPr="007A67C2">
        <w:rPr>
          <w:rFonts w:ascii="Times New Roman" w:hAnsi="Times New Roman" w:cs="Times New Roman"/>
          <w:b/>
          <w:bCs/>
          <w:sz w:val="24"/>
          <w:szCs w:val="24"/>
        </w:rPr>
        <w:t>podpredseda</w:t>
      </w:r>
    </w:p>
    <w:p w14:paraId="74F0B903" w14:textId="77777777" w:rsidR="005836A3" w:rsidRPr="007A67C2" w:rsidRDefault="005836A3" w:rsidP="00086749">
      <w:pPr>
        <w:spacing w:after="0" w:line="240" w:lineRule="auto"/>
        <w:jc w:val="center"/>
        <w:rPr>
          <w:rFonts w:ascii="Times New Roman" w:hAnsi="Times New Roman" w:cs="Times New Roman"/>
          <w:sz w:val="24"/>
          <w:szCs w:val="24"/>
        </w:rPr>
      </w:pPr>
    </w:p>
    <w:p w14:paraId="56C54211" w14:textId="77777777" w:rsidR="00AE1E22" w:rsidRPr="007A67C2" w:rsidRDefault="00AE1E22">
      <w:pPr>
        <w:pStyle w:val="Odsekzoznamu"/>
        <w:numPr>
          <w:ilvl w:val="0"/>
          <w:numId w:val="17"/>
        </w:numPr>
        <w:spacing w:after="0" w:line="240" w:lineRule="auto"/>
        <w:ind w:left="567" w:hanging="567"/>
        <w:rPr>
          <w:rFonts w:ascii="Times New Roman" w:hAnsi="Times New Roman" w:cs="Times New Roman"/>
          <w:sz w:val="24"/>
          <w:szCs w:val="24"/>
        </w:rPr>
      </w:pPr>
      <w:r w:rsidRPr="007A67C2">
        <w:rPr>
          <w:rFonts w:ascii="Times New Roman" w:hAnsi="Times New Roman" w:cs="Times New Roman"/>
          <w:sz w:val="24"/>
          <w:szCs w:val="24"/>
        </w:rPr>
        <w:t>Rada školy si zo svojich členov volí predsedu a podpredsedu tajným hlasovaním.</w:t>
      </w:r>
    </w:p>
    <w:p w14:paraId="39A38848" w14:textId="28280A5A" w:rsidR="00AE1E22" w:rsidRPr="007A67C2" w:rsidRDefault="00AE1E22">
      <w:pPr>
        <w:pStyle w:val="Odsekzoznamu"/>
        <w:numPr>
          <w:ilvl w:val="0"/>
          <w:numId w:val="17"/>
        </w:numPr>
        <w:spacing w:after="0" w:line="240" w:lineRule="auto"/>
        <w:ind w:left="567" w:hanging="567"/>
        <w:rPr>
          <w:rFonts w:ascii="Times New Roman" w:hAnsi="Times New Roman" w:cs="Times New Roman"/>
          <w:sz w:val="24"/>
          <w:szCs w:val="24"/>
        </w:rPr>
      </w:pPr>
      <w:r w:rsidRPr="007A67C2">
        <w:rPr>
          <w:rFonts w:ascii="Times New Roman" w:hAnsi="Times New Roman" w:cs="Times New Roman"/>
          <w:sz w:val="24"/>
          <w:szCs w:val="24"/>
        </w:rPr>
        <w:t>Predseda riadi činnosť rady školy a koná v jej mene.</w:t>
      </w:r>
      <w:r w:rsidR="00086749" w:rsidRPr="007A67C2">
        <w:rPr>
          <w:rFonts w:ascii="Times New Roman" w:hAnsi="Times New Roman" w:cs="Times New Roman"/>
          <w:sz w:val="24"/>
          <w:szCs w:val="24"/>
        </w:rPr>
        <w:t xml:space="preserve"> </w:t>
      </w:r>
      <w:r w:rsidRPr="007A67C2">
        <w:rPr>
          <w:rFonts w:ascii="Times New Roman" w:hAnsi="Times New Roman" w:cs="Times New Roman"/>
          <w:sz w:val="24"/>
          <w:szCs w:val="24"/>
        </w:rPr>
        <w:t>Podpredseda zastupuje predsedu v čase jeho neprítomnosti v plnom rozsahu jeho práv a povinností.</w:t>
      </w:r>
    </w:p>
    <w:p w14:paraId="51AFFD9C" w14:textId="77777777" w:rsidR="00AE1E22" w:rsidRPr="007A67C2" w:rsidRDefault="00AE1E22">
      <w:pPr>
        <w:pStyle w:val="Odsekzoznamu"/>
        <w:numPr>
          <w:ilvl w:val="0"/>
          <w:numId w:val="17"/>
        </w:numPr>
        <w:spacing w:after="0" w:line="240" w:lineRule="auto"/>
        <w:ind w:left="567" w:hanging="567"/>
        <w:rPr>
          <w:rFonts w:ascii="Times New Roman" w:hAnsi="Times New Roman" w:cs="Times New Roman"/>
          <w:sz w:val="24"/>
          <w:szCs w:val="24"/>
        </w:rPr>
      </w:pPr>
      <w:r w:rsidRPr="007A67C2">
        <w:rPr>
          <w:rFonts w:ascii="Times New Roman" w:hAnsi="Times New Roman" w:cs="Times New Roman"/>
          <w:sz w:val="24"/>
          <w:szCs w:val="24"/>
        </w:rPr>
        <w:t>Ak funkcia predsedu alebo podpredsedu nie je obsadená, rada školy bezodkladne zvolí nového predsedu alebo podpredsedu.</w:t>
      </w:r>
    </w:p>
    <w:p w14:paraId="7300BDB0" w14:textId="145C36B6" w:rsidR="00B00F6C" w:rsidRPr="007A67C2" w:rsidRDefault="00AF20EE">
      <w:pPr>
        <w:numPr>
          <w:ilvl w:val="0"/>
          <w:numId w:val="17"/>
        </w:numPr>
        <w:spacing w:after="0" w:line="240" w:lineRule="auto"/>
        <w:ind w:left="567" w:hanging="567"/>
        <w:rPr>
          <w:rFonts w:ascii="Times New Roman" w:hAnsi="Times New Roman" w:cs="Times New Roman"/>
          <w:sz w:val="24"/>
          <w:szCs w:val="24"/>
        </w:rPr>
      </w:pPr>
      <w:r w:rsidRPr="007A67C2">
        <w:rPr>
          <w:rFonts w:ascii="Times New Roman" w:hAnsi="Times New Roman" w:cs="Times New Roman"/>
          <w:sz w:val="24"/>
          <w:szCs w:val="24"/>
        </w:rPr>
        <w:t xml:space="preserve">Za predsedu rady školy a podpredsedu rady školy môže byť zvolená iba plnoletá fyzická osoba, ktorá je spôsobilá na právne úkony a je bezúhonná. </w:t>
      </w:r>
    </w:p>
    <w:p w14:paraId="7C05E005" w14:textId="77777777" w:rsidR="00DE713A" w:rsidRPr="007A67C2" w:rsidRDefault="00DE713A" w:rsidP="00086749">
      <w:pPr>
        <w:spacing w:after="0" w:line="240" w:lineRule="auto"/>
        <w:ind w:left="720"/>
        <w:jc w:val="both"/>
        <w:rPr>
          <w:rFonts w:ascii="Times New Roman" w:hAnsi="Times New Roman" w:cs="Times New Roman"/>
          <w:sz w:val="24"/>
          <w:szCs w:val="24"/>
        </w:rPr>
      </w:pPr>
    </w:p>
    <w:p w14:paraId="1CDE09A1" w14:textId="3A6991B8" w:rsidR="00B00F6C" w:rsidRPr="007A67C2" w:rsidRDefault="00B00F6C" w:rsidP="00086749">
      <w:pPr>
        <w:spacing w:after="0" w:line="240" w:lineRule="auto"/>
        <w:jc w:val="center"/>
        <w:rPr>
          <w:rFonts w:ascii="Times New Roman" w:hAnsi="Times New Roman" w:cs="Times New Roman"/>
          <w:b/>
          <w:bCs/>
          <w:sz w:val="24"/>
          <w:szCs w:val="24"/>
        </w:rPr>
      </w:pPr>
      <w:r w:rsidRPr="007A67C2">
        <w:rPr>
          <w:rFonts w:ascii="Times New Roman" w:hAnsi="Times New Roman" w:cs="Times New Roman"/>
          <w:b/>
          <w:bCs/>
          <w:sz w:val="24"/>
          <w:szCs w:val="24"/>
        </w:rPr>
        <w:t xml:space="preserve">ČL. </w:t>
      </w:r>
      <w:r w:rsidR="00293E07">
        <w:rPr>
          <w:rFonts w:ascii="Times New Roman" w:hAnsi="Times New Roman" w:cs="Times New Roman"/>
          <w:b/>
          <w:bCs/>
          <w:sz w:val="24"/>
          <w:szCs w:val="24"/>
        </w:rPr>
        <w:t>9</w:t>
      </w:r>
    </w:p>
    <w:p w14:paraId="6520F3F3" w14:textId="62FCF208" w:rsidR="00B00F6C" w:rsidRPr="007A67C2" w:rsidRDefault="00B00F6C" w:rsidP="00086749">
      <w:pPr>
        <w:spacing w:after="0" w:line="240" w:lineRule="auto"/>
        <w:jc w:val="center"/>
        <w:rPr>
          <w:rFonts w:ascii="Times New Roman" w:hAnsi="Times New Roman" w:cs="Times New Roman"/>
          <w:b/>
          <w:bCs/>
          <w:sz w:val="24"/>
          <w:szCs w:val="24"/>
        </w:rPr>
      </w:pPr>
      <w:r w:rsidRPr="007A67C2">
        <w:rPr>
          <w:rFonts w:ascii="Times New Roman" w:hAnsi="Times New Roman" w:cs="Times New Roman"/>
          <w:b/>
          <w:bCs/>
          <w:sz w:val="24"/>
          <w:szCs w:val="24"/>
        </w:rPr>
        <w:t>Zasadnutia rady školy</w:t>
      </w:r>
    </w:p>
    <w:p w14:paraId="45ED9619" w14:textId="77777777" w:rsidR="00086749" w:rsidRPr="007A67C2" w:rsidRDefault="00086749" w:rsidP="00086749">
      <w:pPr>
        <w:spacing w:after="0" w:line="240" w:lineRule="auto"/>
        <w:jc w:val="center"/>
        <w:rPr>
          <w:rFonts w:ascii="Times New Roman" w:hAnsi="Times New Roman" w:cs="Times New Roman"/>
          <w:sz w:val="24"/>
          <w:szCs w:val="24"/>
        </w:rPr>
      </w:pPr>
    </w:p>
    <w:p w14:paraId="3C3BABC9" w14:textId="77777777" w:rsidR="00B00F6C" w:rsidRPr="007A67C2" w:rsidRDefault="00B00F6C">
      <w:pPr>
        <w:pStyle w:val="Odsekzoznamu"/>
        <w:numPr>
          <w:ilvl w:val="0"/>
          <w:numId w:val="18"/>
        </w:numPr>
        <w:spacing w:after="0" w:line="240" w:lineRule="auto"/>
        <w:ind w:left="567" w:hanging="567"/>
        <w:rPr>
          <w:rFonts w:ascii="Times New Roman" w:hAnsi="Times New Roman" w:cs="Times New Roman"/>
          <w:sz w:val="24"/>
          <w:szCs w:val="24"/>
        </w:rPr>
      </w:pPr>
      <w:r w:rsidRPr="007A67C2">
        <w:rPr>
          <w:rFonts w:ascii="Times New Roman" w:hAnsi="Times New Roman" w:cs="Times New Roman"/>
          <w:sz w:val="24"/>
          <w:szCs w:val="24"/>
        </w:rPr>
        <w:t>Rada školy zasadá podľa potreby, najmenej dvakrát ročne.</w:t>
      </w:r>
    </w:p>
    <w:p w14:paraId="583A172F" w14:textId="77777777" w:rsidR="00B00F6C" w:rsidRPr="007A67C2" w:rsidRDefault="00B00F6C">
      <w:pPr>
        <w:pStyle w:val="Odsekzoznamu"/>
        <w:numPr>
          <w:ilvl w:val="0"/>
          <w:numId w:val="18"/>
        </w:numPr>
        <w:spacing w:after="0" w:line="240" w:lineRule="auto"/>
        <w:ind w:left="567" w:hanging="567"/>
        <w:jc w:val="both"/>
        <w:rPr>
          <w:rFonts w:ascii="Times New Roman" w:hAnsi="Times New Roman" w:cs="Times New Roman"/>
          <w:sz w:val="24"/>
          <w:szCs w:val="24"/>
        </w:rPr>
      </w:pPr>
      <w:r w:rsidRPr="007A67C2">
        <w:rPr>
          <w:rFonts w:ascii="Times New Roman" w:hAnsi="Times New Roman" w:cs="Times New Roman"/>
          <w:sz w:val="24"/>
          <w:szCs w:val="24"/>
        </w:rPr>
        <w:t>Zasadnutie rady školy zvoláva predseda.</w:t>
      </w:r>
    </w:p>
    <w:p w14:paraId="6E723B63" w14:textId="170928D5" w:rsidR="00510B4B" w:rsidRPr="007A67C2" w:rsidRDefault="00510B4B">
      <w:pPr>
        <w:numPr>
          <w:ilvl w:val="0"/>
          <w:numId w:val="18"/>
        </w:numPr>
        <w:spacing w:after="0" w:line="240" w:lineRule="auto"/>
        <w:ind w:left="567" w:hanging="567"/>
        <w:jc w:val="both"/>
        <w:rPr>
          <w:rFonts w:ascii="Times New Roman" w:hAnsi="Times New Roman" w:cs="Times New Roman"/>
          <w:sz w:val="24"/>
          <w:szCs w:val="24"/>
        </w:rPr>
      </w:pPr>
      <w:r w:rsidRPr="007A67C2">
        <w:rPr>
          <w:rFonts w:ascii="Times New Roman" w:hAnsi="Times New Roman" w:cs="Times New Roman"/>
          <w:sz w:val="24"/>
          <w:szCs w:val="24"/>
        </w:rPr>
        <w:t xml:space="preserve">Pozvánku na zasadnutie rady školy posiela predseda rady školy ostatným členom rady školy elektronicky emailom </w:t>
      </w:r>
      <w:r w:rsidR="00086749" w:rsidRPr="007A67C2">
        <w:rPr>
          <w:rFonts w:ascii="Times New Roman" w:hAnsi="Times New Roman" w:cs="Times New Roman"/>
          <w:sz w:val="24"/>
          <w:szCs w:val="24"/>
        </w:rPr>
        <w:t xml:space="preserve">zvyčajne </w:t>
      </w:r>
      <w:r w:rsidRPr="007A67C2">
        <w:rPr>
          <w:rFonts w:ascii="Times New Roman" w:hAnsi="Times New Roman" w:cs="Times New Roman"/>
          <w:sz w:val="24"/>
          <w:szCs w:val="24"/>
        </w:rPr>
        <w:t>minimálne 5 dní pred zasadnutím rady školy. Súčasťou pozvánky je program zasadnutia rady školy, podkladové materiály a návrhy uznesení.</w:t>
      </w:r>
    </w:p>
    <w:p w14:paraId="479845C2" w14:textId="77777777" w:rsidR="00B00F6C" w:rsidRPr="007A67C2" w:rsidRDefault="00B00F6C">
      <w:pPr>
        <w:pStyle w:val="Odsekzoznamu"/>
        <w:numPr>
          <w:ilvl w:val="0"/>
          <w:numId w:val="18"/>
        </w:numPr>
        <w:spacing w:after="0" w:line="240" w:lineRule="auto"/>
        <w:ind w:hanging="567"/>
        <w:jc w:val="both"/>
        <w:rPr>
          <w:rFonts w:ascii="Times New Roman" w:hAnsi="Times New Roman" w:cs="Times New Roman"/>
          <w:sz w:val="24"/>
          <w:szCs w:val="24"/>
        </w:rPr>
      </w:pPr>
      <w:r w:rsidRPr="007A67C2">
        <w:rPr>
          <w:rFonts w:ascii="Times New Roman" w:hAnsi="Times New Roman" w:cs="Times New Roman"/>
          <w:sz w:val="24"/>
          <w:szCs w:val="24"/>
        </w:rPr>
        <w:t>Rada školy je uznášaniaschopná, ak je prítomná nadpolovičná väčšina všetkých jej členov.</w:t>
      </w:r>
    </w:p>
    <w:p w14:paraId="37B8FB98" w14:textId="77777777" w:rsidR="00B00F6C" w:rsidRPr="007A67C2" w:rsidRDefault="00B00F6C">
      <w:pPr>
        <w:pStyle w:val="Odsekzoznamu"/>
        <w:numPr>
          <w:ilvl w:val="0"/>
          <w:numId w:val="18"/>
        </w:numPr>
        <w:spacing w:after="0" w:line="240" w:lineRule="auto"/>
        <w:ind w:hanging="567"/>
        <w:jc w:val="both"/>
        <w:rPr>
          <w:rFonts w:ascii="Times New Roman" w:hAnsi="Times New Roman" w:cs="Times New Roman"/>
          <w:sz w:val="24"/>
          <w:szCs w:val="24"/>
        </w:rPr>
      </w:pPr>
      <w:r w:rsidRPr="007A67C2">
        <w:rPr>
          <w:rFonts w:ascii="Times New Roman" w:hAnsi="Times New Roman" w:cs="Times New Roman"/>
          <w:sz w:val="24"/>
          <w:szCs w:val="24"/>
        </w:rPr>
        <w:t>Na prijatie uznesenia je potrebný súhlas nadpolovičnej väčšiny prítomných členov, ak zákon neustanovuje inak.</w:t>
      </w:r>
    </w:p>
    <w:p w14:paraId="4E98C112" w14:textId="77777777" w:rsidR="00B00F6C" w:rsidRPr="007A67C2" w:rsidRDefault="00B00F6C">
      <w:pPr>
        <w:pStyle w:val="Odsekzoznamu"/>
        <w:numPr>
          <w:ilvl w:val="0"/>
          <w:numId w:val="18"/>
        </w:numPr>
        <w:spacing w:after="0" w:line="240" w:lineRule="auto"/>
        <w:ind w:hanging="567"/>
        <w:jc w:val="both"/>
        <w:rPr>
          <w:rFonts w:ascii="Times New Roman" w:hAnsi="Times New Roman" w:cs="Times New Roman"/>
          <w:sz w:val="24"/>
          <w:szCs w:val="24"/>
        </w:rPr>
      </w:pPr>
      <w:r w:rsidRPr="007A67C2">
        <w:rPr>
          <w:rFonts w:ascii="Times New Roman" w:hAnsi="Times New Roman" w:cs="Times New Roman"/>
          <w:sz w:val="24"/>
          <w:szCs w:val="24"/>
        </w:rPr>
        <w:t>Predseda zvolá zasadnutie aj vtedy, ak o to požiada najmenej tretina členov rady školy.</w:t>
      </w:r>
    </w:p>
    <w:p w14:paraId="087F03CE" w14:textId="77777777" w:rsidR="00B00F6C" w:rsidRPr="007A67C2" w:rsidRDefault="00B00F6C" w:rsidP="00DD772D">
      <w:pPr>
        <w:pStyle w:val="Odsekzoznamu"/>
        <w:spacing w:after="0" w:line="240" w:lineRule="auto"/>
        <w:jc w:val="both"/>
        <w:rPr>
          <w:rFonts w:ascii="Times New Roman" w:hAnsi="Times New Roman" w:cs="Times New Roman"/>
          <w:sz w:val="24"/>
          <w:szCs w:val="24"/>
        </w:rPr>
      </w:pPr>
    </w:p>
    <w:p w14:paraId="1F78CD78" w14:textId="1A9FE5BF" w:rsidR="00B00F6C" w:rsidRPr="007A67C2" w:rsidRDefault="00B00F6C" w:rsidP="00086749">
      <w:pPr>
        <w:pStyle w:val="Odsekzoznamu"/>
        <w:spacing w:after="0" w:line="240" w:lineRule="auto"/>
        <w:jc w:val="center"/>
        <w:rPr>
          <w:rFonts w:ascii="Times New Roman" w:hAnsi="Times New Roman" w:cs="Times New Roman"/>
          <w:b/>
          <w:bCs/>
          <w:sz w:val="24"/>
          <w:szCs w:val="24"/>
        </w:rPr>
      </w:pPr>
      <w:r w:rsidRPr="007A67C2">
        <w:rPr>
          <w:rFonts w:ascii="Times New Roman" w:hAnsi="Times New Roman" w:cs="Times New Roman"/>
          <w:b/>
          <w:bCs/>
          <w:sz w:val="24"/>
          <w:szCs w:val="24"/>
        </w:rPr>
        <w:t xml:space="preserve">Čl. </w:t>
      </w:r>
      <w:r w:rsidR="00293E07">
        <w:rPr>
          <w:rFonts w:ascii="Times New Roman" w:hAnsi="Times New Roman" w:cs="Times New Roman"/>
          <w:b/>
          <w:bCs/>
          <w:sz w:val="24"/>
          <w:szCs w:val="24"/>
        </w:rPr>
        <w:t>10</w:t>
      </w:r>
    </w:p>
    <w:p w14:paraId="786F369A" w14:textId="77777777" w:rsidR="00B00F6C" w:rsidRPr="007A67C2" w:rsidRDefault="00B00F6C" w:rsidP="00086749">
      <w:pPr>
        <w:pStyle w:val="Odsekzoznamu"/>
        <w:spacing w:after="0" w:line="240" w:lineRule="auto"/>
        <w:jc w:val="center"/>
        <w:rPr>
          <w:rFonts w:ascii="Times New Roman" w:hAnsi="Times New Roman" w:cs="Times New Roman"/>
          <w:b/>
          <w:bCs/>
          <w:sz w:val="24"/>
          <w:szCs w:val="24"/>
        </w:rPr>
      </w:pPr>
      <w:r w:rsidRPr="007A67C2">
        <w:rPr>
          <w:rFonts w:ascii="Times New Roman" w:hAnsi="Times New Roman" w:cs="Times New Roman"/>
          <w:b/>
          <w:bCs/>
          <w:sz w:val="24"/>
          <w:szCs w:val="24"/>
        </w:rPr>
        <w:t>Práva a povinnosti člena rady školy</w:t>
      </w:r>
    </w:p>
    <w:p w14:paraId="0E56FE75" w14:textId="77777777" w:rsidR="00DD772D" w:rsidRPr="007A67C2" w:rsidRDefault="00DD772D" w:rsidP="00086749">
      <w:pPr>
        <w:pStyle w:val="Odsekzoznamu"/>
        <w:spacing w:after="0" w:line="240" w:lineRule="auto"/>
        <w:jc w:val="center"/>
        <w:rPr>
          <w:rFonts w:ascii="Times New Roman" w:hAnsi="Times New Roman" w:cs="Times New Roman"/>
          <w:b/>
          <w:bCs/>
          <w:sz w:val="24"/>
          <w:szCs w:val="24"/>
        </w:rPr>
      </w:pPr>
    </w:p>
    <w:p w14:paraId="78977DDD" w14:textId="039B1A3F" w:rsidR="00B00F6C" w:rsidRPr="007A67C2" w:rsidRDefault="00B00F6C">
      <w:pPr>
        <w:pStyle w:val="Odsekzoznamu"/>
        <w:numPr>
          <w:ilvl w:val="0"/>
          <w:numId w:val="24"/>
        </w:numPr>
        <w:spacing w:after="0" w:line="240" w:lineRule="auto"/>
        <w:ind w:left="567" w:hanging="567"/>
        <w:jc w:val="both"/>
        <w:rPr>
          <w:rFonts w:ascii="Times New Roman" w:hAnsi="Times New Roman" w:cs="Times New Roman"/>
          <w:sz w:val="24"/>
          <w:szCs w:val="24"/>
        </w:rPr>
      </w:pPr>
      <w:r w:rsidRPr="007A67C2">
        <w:rPr>
          <w:rFonts w:ascii="Times New Roman" w:hAnsi="Times New Roman" w:cs="Times New Roman"/>
          <w:sz w:val="24"/>
          <w:szCs w:val="24"/>
        </w:rPr>
        <w:t>Člen rady školy má právo:</w:t>
      </w:r>
    </w:p>
    <w:p w14:paraId="797E8F35" w14:textId="77777777" w:rsidR="00DD772D" w:rsidRPr="007A67C2" w:rsidRDefault="00DD772D">
      <w:pPr>
        <w:numPr>
          <w:ilvl w:val="0"/>
          <w:numId w:val="25"/>
        </w:numPr>
        <w:spacing w:after="0" w:line="240" w:lineRule="auto"/>
        <w:ind w:left="851" w:hanging="284"/>
        <w:jc w:val="both"/>
        <w:rPr>
          <w:rFonts w:ascii="Times New Roman" w:hAnsi="Times New Roman" w:cs="Times New Roman"/>
          <w:sz w:val="24"/>
          <w:szCs w:val="24"/>
        </w:rPr>
      </w:pPr>
      <w:r w:rsidRPr="007A67C2">
        <w:rPr>
          <w:rFonts w:ascii="Times New Roman" w:hAnsi="Times New Roman" w:cs="Times New Roman"/>
          <w:sz w:val="24"/>
          <w:szCs w:val="24"/>
        </w:rPr>
        <w:t>voliť a byť volený,</w:t>
      </w:r>
    </w:p>
    <w:p w14:paraId="0748D3AD" w14:textId="77777777" w:rsidR="00DD772D" w:rsidRPr="007A67C2" w:rsidRDefault="00DD772D">
      <w:pPr>
        <w:numPr>
          <w:ilvl w:val="0"/>
          <w:numId w:val="25"/>
        </w:numPr>
        <w:spacing w:after="0" w:line="240" w:lineRule="auto"/>
        <w:ind w:left="851" w:hanging="284"/>
        <w:jc w:val="both"/>
        <w:rPr>
          <w:rFonts w:ascii="Times New Roman" w:hAnsi="Times New Roman" w:cs="Times New Roman"/>
          <w:sz w:val="24"/>
          <w:szCs w:val="24"/>
        </w:rPr>
      </w:pPr>
      <w:r w:rsidRPr="007A67C2">
        <w:rPr>
          <w:rFonts w:ascii="Times New Roman" w:hAnsi="Times New Roman" w:cs="Times New Roman"/>
          <w:sz w:val="24"/>
          <w:szCs w:val="24"/>
        </w:rPr>
        <w:t>navrhovať kandidátov na funkciu predsedu a podpredsedu rady školy,</w:t>
      </w:r>
    </w:p>
    <w:p w14:paraId="0FED4B39" w14:textId="77777777" w:rsidR="00DD772D" w:rsidRPr="007A67C2" w:rsidRDefault="00DD772D">
      <w:pPr>
        <w:numPr>
          <w:ilvl w:val="0"/>
          <w:numId w:val="25"/>
        </w:numPr>
        <w:spacing w:after="0" w:line="240" w:lineRule="auto"/>
        <w:ind w:left="851" w:hanging="284"/>
        <w:jc w:val="both"/>
        <w:rPr>
          <w:rFonts w:ascii="Times New Roman" w:hAnsi="Times New Roman" w:cs="Times New Roman"/>
          <w:sz w:val="24"/>
          <w:szCs w:val="24"/>
        </w:rPr>
      </w:pPr>
      <w:r w:rsidRPr="007A67C2">
        <w:rPr>
          <w:rFonts w:ascii="Times New Roman" w:hAnsi="Times New Roman" w:cs="Times New Roman"/>
          <w:sz w:val="24"/>
          <w:szCs w:val="24"/>
        </w:rPr>
        <w:t>byť informovaný o všetkých skutočnostiach, ktoré sú predmetom rokovania rady školy a slobodne sa k nim vyjadrovať,</w:t>
      </w:r>
    </w:p>
    <w:p w14:paraId="1D6B861A" w14:textId="77777777" w:rsidR="00DD772D" w:rsidRPr="007A67C2" w:rsidRDefault="00DD772D">
      <w:pPr>
        <w:numPr>
          <w:ilvl w:val="0"/>
          <w:numId w:val="25"/>
        </w:numPr>
        <w:spacing w:after="0" w:line="240" w:lineRule="auto"/>
        <w:ind w:left="851" w:hanging="284"/>
        <w:jc w:val="both"/>
        <w:rPr>
          <w:rFonts w:ascii="Times New Roman" w:hAnsi="Times New Roman" w:cs="Times New Roman"/>
          <w:sz w:val="24"/>
          <w:szCs w:val="24"/>
        </w:rPr>
      </w:pPr>
      <w:r w:rsidRPr="007A67C2">
        <w:rPr>
          <w:rFonts w:ascii="Times New Roman" w:hAnsi="Times New Roman" w:cs="Times New Roman"/>
          <w:sz w:val="24"/>
          <w:szCs w:val="24"/>
        </w:rPr>
        <w:t>hlasovať ku všetkým uzneseniam rady školy,</w:t>
      </w:r>
    </w:p>
    <w:p w14:paraId="760D5B90" w14:textId="2BDF9CD0" w:rsidR="00DD772D" w:rsidRPr="007A67C2" w:rsidRDefault="00DD772D">
      <w:pPr>
        <w:numPr>
          <w:ilvl w:val="0"/>
          <w:numId w:val="25"/>
        </w:numPr>
        <w:spacing w:after="0" w:line="240" w:lineRule="auto"/>
        <w:ind w:left="851" w:hanging="284"/>
        <w:jc w:val="both"/>
        <w:rPr>
          <w:rFonts w:ascii="Times New Roman" w:hAnsi="Times New Roman" w:cs="Times New Roman"/>
          <w:sz w:val="24"/>
          <w:szCs w:val="24"/>
        </w:rPr>
      </w:pPr>
      <w:r w:rsidRPr="007A67C2">
        <w:rPr>
          <w:rFonts w:ascii="Times New Roman" w:hAnsi="Times New Roman" w:cs="Times New Roman"/>
          <w:sz w:val="24"/>
          <w:szCs w:val="24"/>
        </w:rPr>
        <w:t>predkladať na rokovanie rady školy vlastné námety prípadne materiály.</w:t>
      </w:r>
    </w:p>
    <w:p w14:paraId="00562376" w14:textId="4E6ECBE9" w:rsidR="00DD772D" w:rsidRPr="007A67C2" w:rsidRDefault="00DD772D">
      <w:pPr>
        <w:pStyle w:val="Odsekzoznamu"/>
        <w:numPr>
          <w:ilvl w:val="0"/>
          <w:numId w:val="24"/>
        </w:numPr>
        <w:spacing w:after="0" w:line="240" w:lineRule="auto"/>
        <w:ind w:left="567" w:hanging="567"/>
        <w:jc w:val="both"/>
        <w:rPr>
          <w:rFonts w:ascii="Times New Roman" w:hAnsi="Times New Roman" w:cs="Times New Roman"/>
          <w:sz w:val="24"/>
          <w:szCs w:val="24"/>
        </w:rPr>
      </w:pPr>
      <w:r w:rsidRPr="007A67C2">
        <w:rPr>
          <w:rFonts w:ascii="Times New Roman" w:hAnsi="Times New Roman" w:cs="Times New Roman"/>
          <w:sz w:val="24"/>
          <w:szCs w:val="24"/>
        </w:rPr>
        <w:t>Člen rady školy je povinný zúčastňovať sa jej zasadnutí.</w:t>
      </w:r>
    </w:p>
    <w:p w14:paraId="60473FAC" w14:textId="1033190C" w:rsidR="00DD772D" w:rsidRPr="007A67C2" w:rsidRDefault="00DD772D">
      <w:pPr>
        <w:pStyle w:val="Odsekzoznamu"/>
        <w:numPr>
          <w:ilvl w:val="0"/>
          <w:numId w:val="10"/>
        </w:numPr>
        <w:spacing w:after="0" w:line="240" w:lineRule="auto"/>
        <w:ind w:left="567" w:hanging="567"/>
        <w:jc w:val="both"/>
        <w:rPr>
          <w:rFonts w:ascii="Times New Roman" w:hAnsi="Times New Roman" w:cs="Times New Roman"/>
          <w:sz w:val="24"/>
          <w:szCs w:val="24"/>
        </w:rPr>
      </w:pPr>
      <w:r w:rsidRPr="007A67C2">
        <w:rPr>
          <w:rFonts w:ascii="Times New Roman" w:hAnsi="Times New Roman" w:cs="Times New Roman"/>
          <w:sz w:val="24"/>
          <w:szCs w:val="24"/>
        </w:rPr>
        <w:t xml:space="preserve">Neospravedlnená neúčasť na troch po sebe nasledujúcich zasadnutiach sa hodnotí ako nezáujem o výkon funkcie a neplnenie povinností člena rady školy podľa tohto štatútu. </w:t>
      </w:r>
    </w:p>
    <w:p w14:paraId="616FC194" w14:textId="286288CC" w:rsidR="00DD772D" w:rsidRPr="007A67C2" w:rsidRDefault="00DD772D" w:rsidP="00DD772D">
      <w:pPr>
        <w:pStyle w:val="Odsekzoznamu"/>
        <w:spacing w:after="0" w:line="240" w:lineRule="auto"/>
        <w:ind w:left="567"/>
        <w:jc w:val="both"/>
        <w:rPr>
          <w:rFonts w:ascii="Times New Roman" w:hAnsi="Times New Roman" w:cs="Times New Roman"/>
          <w:sz w:val="24"/>
          <w:szCs w:val="24"/>
        </w:rPr>
      </w:pPr>
    </w:p>
    <w:p w14:paraId="2B4E5ECC" w14:textId="77777777" w:rsidR="00B00F6C" w:rsidRPr="007A67C2" w:rsidRDefault="00B00F6C" w:rsidP="00086749">
      <w:pPr>
        <w:pStyle w:val="Odsekzoznamu"/>
        <w:spacing w:after="0" w:line="240" w:lineRule="auto"/>
        <w:rPr>
          <w:rFonts w:ascii="Times New Roman" w:hAnsi="Times New Roman" w:cs="Times New Roman"/>
          <w:b/>
          <w:bCs/>
          <w:sz w:val="24"/>
          <w:szCs w:val="24"/>
        </w:rPr>
      </w:pPr>
    </w:p>
    <w:p w14:paraId="2469C0DE" w14:textId="2F1C4B7D" w:rsidR="00787AB1" w:rsidRPr="007A67C2" w:rsidRDefault="00141849" w:rsidP="00086749">
      <w:pPr>
        <w:spacing w:after="0" w:line="240" w:lineRule="auto"/>
        <w:jc w:val="center"/>
        <w:rPr>
          <w:rFonts w:ascii="Times New Roman" w:hAnsi="Times New Roman" w:cs="Times New Roman"/>
          <w:b/>
          <w:bCs/>
          <w:sz w:val="24"/>
          <w:szCs w:val="24"/>
        </w:rPr>
      </w:pPr>
      <w:r w:rsidRPr="007A67C2">
        <w:rPr>
          <w:rFonts w:ascii="Times New Roman" w:hAnsi="Times New Roman" w:cs="Times New Roman"/>
          <w:b/>
          <w:bCs/>
          <w:sz w:val="24"/>
          <w:szCs w:val="24"/>
        </w:rPr>
        <w:lastRenderedPageBreak/>
        <w:t>Čl.</w:t>
      </w:r>
      <w:r w:rsidR="00293E07">
        <w:rPr>
          <w:rFonts w:ascii="Times New Roman" w:hAnsi="Times New Roman" w:cs="Times New Roman"/>
          <w:b/>
          <w:bCs/>
          <w:sz w:val="24"/>
          <w:szCs w:val="24"/>
        </w:rPr>
        <w:t xml:space="preserve"> 11</w:t>
      </w:r>
    </w:p>
    <w:p w14:paraId="0818D1E7" w14:textId="77777777" w:rsidR="00787AB1" w:rsidRPr="007A67C2" w:rsidRDefault="00141849" w:rsidP="00086749">
      <w:pPr>
        <w:spacing w:after="0" w:line="240" w:lineRule="auto"/>
        <w:jc w:val="center"/>
        <w:rPr>
          <w:rFonts w:ascii="Times New Roman" w:hAnsi="Times New Roman" w:cs="Times New Roman"/>
          <w:b/>
          <w:bCs/>
          <w:sz w:val="24"/>
          <w:szCs w:val="24"/>
        </w:rPr>
      </w:pPr>
      <w:r w:rsidRPr="007A67C2">
        <w:rPr>
          <w:rFonts w:ascii="Times New Roman" w:hAnsi="Times New Roman" w:cs="Times New Roman"/>
          <w:b/>
          <w:bCs/>
          <w:sz w:val="24"/>
          <w:szCs w:val="24"/>
        </w:rPr>
        <w:t>Rokovanie rady školy</w:t>
      </w:r>
    </w:p>
    <w:p w14:paraId="3B3948CF" w14:textId="77777777" w:rsidR="00787AB1" w:rsidRPr="007A67C2" w:rsidRDefault="00787AB1" w:rsidP="00086749">
      <w:pPr>
        <w:spacing w:after="0" w:line="240" w:lineRule="auto"/>
        <w:jc w:val="both"/>
        <w:rPr>
          <w:rFonts w:ascii="Times New Roman" w:hAnsi="Times New Roman" w:cs="Times New Roman"/>
          <w:sz w:val="24"/>
          <w:szCs w:val="24"/>
        </w:rPr>
      </w:pPr>
    </w:p>
    <w:p w14:paraId="6EE3AB7E" w14:textId="77777777" w:rsidR="00DE713A" w:rsidRPr="007A67C2" w:rsidRDefault="00DE713A">
      <w:pPr>
        <w:pStyle w:val="Odsekzoznamu"/>
        <w:numPr>
          <w:ilvl w:val="0"/>
          <w:numId w:val="19"/>
        </w:numPr>
        <w:spacing w:after="0" w:line="240" w:lineRule="auto"/>
        <w:ind w:left="567" w:hanging="567"/>
        <w:rPr>
          <w:rFonts w:ascii="Times New Roman" w:hAnsi="Times New Roman" w:cs="Times New Roman"/>
          <w:sz w:val="24"/>
          <w:szCs w:val="24"/>
        </w:rPr>
      </w:pPr>
      <w:r w:rsidRPr="007A67C2">
        <w:rPr>
          <w:rFonts w:ascii="Times New Roman" w:hAnsi="Times New Roman" w:cs="Times New Roman"/>
          <w:sz w:val="24"/>
          <w:szCs w:val="24"/>
        </w:rPr>
        <w:t>Rada školy rozhoduje hlasovaním.</w:t>
      </w:r>
    </w:p>
    <w:p w14:paraId="2F36EF25" w14:textId="77777777" w:rsidR="00DE713A" w:rsidRPr="007A67C2" w:rsidRDefault="00DE713A">
      <w:pPr>
        <w:pStyle w:val="Odsekzoznamu"/>
        <w:numPr>
          <w:ilvl w:val="0"/>
          <w:numId w:val="19"/>
        </w:numPr>
        <w:spacing w:after="0" w:line="240" w:lineRule="auto"/>
        <w:ind w:left="567" w:hanging="567"/>
        <w:rPr>
          <w:rFonts w:ascii="Times New Roman" w:hAnsi="Times New Roman" w:cs="Times New Roman"/>
          <w:sz w:val="24"/>
          <w:szCs w:val="24"/>
        </w:rPr>
      </w:pPr>
      <w:r w:rsidRPr="007A67C2">
        <w:rPr>
          <w:rFonts w:ascii="Times New Roman" w:hAnsi="Times New Roman" w:cs="Times New Roman"/>
          <w:sz w:val="24"/>
          <w:szCs w:val="24"/>
        </w:rPr>
        <w:t>Hlasovanie je spravidla verejné; o tajnom hlasovaní rozhodne rada školy.</w:t>
      </w:r>
    </w:p>
    <w:p w14:paraId="69812758" w14:textId="77777777" w:rsidR="00DE713A" w:rsidRPr="007A67C2" w:rsidRDefault="00DE713A">
      <w:pPr>
        <w:pStyle w:val="Odsekzoznamu"/>
        <w:numPr>
          <w:ilvl w:val="0"/>
          <w:numId w:val="19"/>
        </w:numPr>
        <w:spacing w:after="0" w:line="240" w:lineRule="auto"/>
        <w:ind w:left="567" w:hanging="567"/>
        <w:rPr>
          <w:rFonts w:ascii="Times New Roman" w:hAnsi="Times New Roman" w:cs="Times New Roman"/>
          <w:sz w:val="24"/>
          <w:szCs w:val="24"/>
        </w:rPr>
      </w:pPr>
      <w:r w:rsidRPr="007A67C2">
        <w:rPr>
          <w:rFonts w:ascii="Times New Roman" w:hAnsi="Times New Roman" w:cs="Times New Roman"/>
          <w:sz w:val="24"/>
          <w:szCs w:val="24"/>
        </w:rPr>
        <w:t>Rokovanie rady školy sa riadi týmto štatútom a zákonom.</w:t>
      </w:r>
    </w:p>
    <w:p w14:paraId="5BCE9987" w14:textId="652877DA" w:rsidR="00DE713A" w:rsidRPr="007A67C2" w:rsidRDefault="00B00F6C">
      <w:pPr>
        <w:numPr>
          <w:ilvl w:val="0"/>
          <w:numId w:val="19"/>
        </w:numPr>
        <w:spacing w:after="0" w:line="240" w:lineRule="auto"/>
        <w:ind w:left="567" w:hanging="567"/>
        <w:jc w:val="both"/>
        <w:rPr>
          <w:rFonts w:ascii="Times New Roman" w:hAnsi="Times New Roman" w:cs="Times New Roman"/>
          <w:b/>
          <w:bCs/>
          <w:sz w:val="24"/>
          <w:szCs w:val="24"/>
        </w:rPr>
      </w:pPr>
      <w:r w:rsidRPr="007A67C2">
        <w:rPr>
          <w:rFonts w:ascii="Times New Roman" w:hAnsi="Times New Roman" w:cs="Times New Roman"/>
          <w:sz w:val="24"/>
          <w:szCs w:val="24"/>
        </w:rPr>
        <w:t xml:space="preserve">Zasadnutie rady školy možno v odôvodnených prípadoch uskutočniť aj prostredníctvom videokonferencie alebo inými prostriedkami informačnej a komunikačnej technológie po predchádzajúcom odsúhlasení členov rady školy bez fyzickej prítomnosti vrátane tajného hlasovania, ak to technické podmienky umožňujú, najmä formou zasadnutia a hlasovania prostredníctvom emailovej komunikácie („per </w:t>
      </w:r>
      <w:proofErr w:type="spellStart"/>
      <w:r w:rsidRPr="007A67C2">
        <w:rPr>
          <w:rFonts w:ascii="Times New Roman" w:hAnsi="Times New Roman" w:cs="Times New Roman"/>
          <w:sz w:val="24"/>
          <w:szCs w:val="24"/>
        </w:rPr>
        <w:t>rollam</w:t>
      </w:r>
      <w:proofErr w:type="spellEnd"/>
      <w:r w:rsidRPr="007A67C2">
        <w:rPr>
          <w:rFonts w:ascii="Times New Roman" w:hAnsi="Times New Roman" w:cs="Times New Roman"/>
          <w:sz w:val="24"/>
          <w:szCs w:val="24"/>
        </w:rPr>
        <w:t xml:space="preserve">“). </w:t>
      </w:r>
    </w:p>
    <w:p w14:paraId="22E5CE4F" w14:textId="3E1446ED" w:rsidR="00DE713A" w:rsidRPr="007A67C2" w:rsidRDefault="00DE713A">
      <w:pPr>
        <w:numPr>
          <w:ilvl w:val="0"/>
          <w:numId w:val="19"/>
        </w:numPr>
        <w:spacing w:after="0" w:line="240" w:lineRule="auto"/>
        <w:ind w:left="567" w:hanging="567"/>
        <w:jc w:val="both"/>
        <w:rPr>
          <w:rFonts w:ascii="Times New Roman" w:hAnsi="Times New Roman" w:cs="Times New Roman"/>
          <w:b/>
          <w:bCs/>
          <w:sz w:val="24"/>
          <w:szCs w:val="24"/>
        </w:rPr>
      </w:pPr>
      <w:r w:rsidRPr="007A67C2">
        <w:rPr>
          <w:rFonts w:ascii="Times New Roman" w:hAnsi="Times New Roman" w:cs="Times New Roman"/>
          <w:sz w:val="24"/>
          <w:szCs w:val="24"/>
        </w:rPr>
        <w:t xml:space="preserve">Rada školy je schopná uznášať sa per </w:t>
      </w:r>
      <w:proofErr w:type="spellStart"/>
      <w:r w:rsidRPr="007A67C2">
        <w:rPr>
          <w:rFonts w:ascii="Times New Roman" w:hAnsi="Times New Roman" w:cs="Times New Roman"/>
          <w:sz w:val="24"/>
          <w:szCs w:val="24"/>
        </w:rPr>
        <w:t>rollam</w:t>
      </w:r>
      <w:proofErr w:type="spellEnd"/>
      <w:r w:rsidRPr="007A67C2">
        <w:rPr>
          <w:rFonts w:ascii="Times New Roman" w:hAnsi="Times New Roman" w:cs="Times New Roman"/>
          <w:sz w:val="24"/>
          <w:szCs w:val="24"/>
        </w:rPr>
        <w:t xml:space="preserve">, ak sa na takomto zasadnutí zúčastní nadpolovičná väčšina všetkých členov rady školy. </w:t>
      </w:r>
    </w:p>
    <w:p w14:paraId="1ADA0D6F" w14:textId="77777777" w:rsidR="00DE713A" w:rsidRPr="007A67C2" w:rsidRDefault="00DE713A" w:rsidP="00086749">
      <w:pPr>
        <w:tabs>
          <w:tab w:val="left" w:pos="426"/>
        </w:tabs>
        <w:spacing w:after="0" w:line="240" w:lineRule="auto"/>
        <w:ind w:left="360"/>
        <w:jc w:val="both"/>
        <w:rPr>
          <w:rFonts w:ascii="Times New Roman" w:hAnsi="Times New Roman" w:cs="Times New Roman"/>
          <w:b/>
          <w:bCs/>
          <w:sz w:val="24"/>
          <w:szCs w:val="24"/>
        </w:rPr>
      </w:pPr>
    </w:p>
    <w:p w14:paraId="1D1A98CC" w14:textId="2A703E8C" w:rsidR="00B00F6C" w:rsidRPr="007A67C2" w:rsidRDefault="00B00F6C" w:rsidP="00086749">
      <w:pPr>
        <w:tabs>
          <w:tab w:val="left" w:pos="426"/>
        </w:tabs>
        <w:spacing w:after="0" w:line="240" w:lineRule="auto"/>
        <w:jc w:val="center"/>
        <w:rPr>
          <w:rFonts w:ascii="Times New Roman" w:hAnsi="Times New Roman" w:cs="Times New Roman"/>
          <w:b/>
          <w:bCs/>
          <w:sz w:val="24"/>
          <w:szCs w:val="24"/>
        </w:rPr>
      </w:pPr>
      <w:r w:rsidRPr="007A67C2">
        <w:rPr>
          <w:rFonts w:ascii="Times New Roman" w:hAnsi="Times New Roman" w:cs="Times New Roman"/>
          <w:b/>
          <w:bCs/>
          <w:sz w:val="24"/>
          <w:szCs w:val="24"/>
        </w:rPr>
        <w:t>Čl. 1</w:t>
      </w:r>
      <w:r w:rsidR="00293E07">
        <w:rPr>
          <w:rFonts w:ascii="Times New Roman" w:hAnsi="Times New Roman" w:cs="Times New Roman"/>
          <w:b/>
          <w:bCs/>
          <w:sz w:val="24"/>
          <w:szCs w:val="24"/>
        </w:rPr>
        <w:t>2</w:t>
      </w:r>
    </w:p>
    <w:p w14:paraId="20648DB2" w14:textId="77777777" w:rsidR="00B00F6C" w:rsidRPr="007A67C2" w:rsidRDefault="00B00F6C" w:rsidP="00086749">
      <w:pPr>
        <w:spacing w:after="0" w:line="240" w:lineRule="auto"/>
        <w:jc w:val="center"/>
        <w:rPr>
          <w:rFonts w:ascii="Times New Roman" w:hAnsi="Times New Roman" w:cs="Times New Roman"/>
          <w:b/>
          <w:bCs/>
          <w:sz w:val="24"/>
          <w:szCs w:val="24"/>
        </w:rPr>
      </w:pPr>
      <w:r w:rsidRPr="007A67C2">
        <w:rPr>
          <w:rFonts w:ascii="Times New Roman" w:hAnsi="Times New Roman" w:cs="Times New Roman"/>
          <w:b/>
          <w:bCs/>
          <w:sz w:val="24"/>
          <w:szCs w:val="24"/>
        </w:rPr>
        <w:t>Vedenie dokumentácie zo zasadnutia rady školy,</w:t>
      </w:r>
    </w:p>
    <w:p w14:paraId="4C9CB95C" w14:textId="77777777" w:rsidR="00B00F6C" w:rsidRPr="007A67C2" w:rsidRDefault="00B00F6C" w:rsidP="00086749">
      <w:pPr>
        <w:spacing w:after="0" w:line="240" w:lineRule="auto"/>
        <w:jc w:val="center"/>
        <w:rPr>
          <w:rFonts w:ascii="Times New Roman" w:hAnsi="Times New Roman" w:cs="Times New Roman"/>
          <w:b/>
          <w:bCs/>
          <w:sz w:val="24"/>
          <w:szCs w:val="24"/>
        </w:rPr>
      </w:pPr>
      <w:r w:rsidRPr="007A67C2">
        <w:rPr>
          <w:rFonts w:ascii="Times New Roman" w:hAnsi="Times New Roman" w:cs="Times New Roman"/>
          <w:b/>
          <w:bCs/>
          <w:sz w:val="24"/>
          <w:szCs w:val="24"/>
        </w:rPr>
        <w:t>spôsob a miesto jej uloženia</w:t>
      </w:r>
    </w:p>
    <w:p w14:paraId="326E83C5" w14:textId="77777777" w:rsidR="002D2F8D" w:rsidRPr="007A67C2" w:rsidRDefault="002D2F8D" w:rsidP="00086749">
      <w:pPr>
        <w:spacing w:after="0" w:line="240" w:lineRule="auto"/>
        <w:jc w:val="center"/>
        <w:rPr>
          <w:rFonts w:ascii="Times New Roman" w:hAnsi="Times New Roman" w:cs="Times New Roman"/>
          <w:b/>
          <w:bCs/>
          <w:sz w:val="24"/>
          <w:szCs w:val="24"/>
        </w:rPr>
      </w:pPr>
    </w:p>
    <w:p w14:paraId="1112107A" w14:textId="77777777" w:rsidR="002D2F8D" w:rsidRPr="007A67C2" w:rsidRDefault="002D2F8D">
      <w:pPr>
        <w:pStyle w:val="Odsekzoznamu"/>
        <w:numPr>
          <w:ilvl w:val="0"/>
          <w:numId w:val="20"/>
        </w:numPr>
        <w:spacing w:after="0" w:line="240" w:lineRule="auto"/>
        <w:ind w:left="426"/>
        <w:jc w:val="both"/>
        <w:rPr>
          <w:rFonts w:ascii="Times New Roman" w:hAnsi="Times New Roman" w:cs="Times New Roman"/>
          <w:sz w:val="24"/>
          <w:szCs w:val="24"/>
        </w:rPr>
      </w:pPr>
      <w:r w:rsidRPr="007A67C2">
        <w:rPr>
          <w:rFonts w:ascii="Times New Roman" w:hAnsi="Times New Roman" w:cs="Times New Roman"/>
          <w:sz w:val="24"/>
          <w:szCs w:val="24"/>
        </w:rPr>
        <w:t>Pozvánku na zasadnutie rady školy posiela predseda rady školy ostatným členom rady školy elektronicky emailom minimálne 5 dní pred zasadnutím rady školy. Súčasťou pozvánky je program zasadnutia rady školy, podkladové materiály a návrhy uznesení.</w:t>
      </w:r>
    </w:p>
    <w:p w14:paraId="466350C1" w14:textId="77777777" w:rsidR="002D2F8D" w:rsidRPr="007A67C2" w:rsidRDefault="00B00F6C">
      <w:pPr>
        <w:pStyle w:val="Odsekzoznamu"/>
        <w:numPr>
          <w:ilvl w:val="0"/>
          <w:numId w:val="20"/>
        </w:numPr>
        <w:spacing w:after="0" w:line="240" w:lineRule="auto"/>
        <w:ind w:left="426"/>
        <w:jc w:val="both"/>
        <w:rPr>
          <w:rFonts w:ascii="Times New Roman" w:hAnsi="Times New Roman" w:cs="Times New Roman"/>
          <w:sz w:val="24"/>
          <w:szCs w:val="24"/>
        </w:rPr>
      </w:pPr>
      <w:r w:rsidRPr="007A67C2">
        <w:rPr>
          <w:rFonts w:ascii="Times New Roman" w:hAnsi="Times New Roman" w:cs="Times New Roman"/>
          <w:bCs/>
          <w:sz w:val="24"/>
          <w:szCs w:val="24"/>
        </w:rPr>
        <w:t>Z </w:t>
      </w:r>
      <w:r w:rsidRPr="007A67C2">
        <w:rPr>
          <w:rFonts w:ascii="Times New Roman" w:hAnsi="Times New Roman" w:cs="Times New Roman"/>
          <w:sz w:val="24"/>
          <w:szCs w:val="24"/>
        </w:rPr>
        <w:t xml:space="preserve">každého zasadnutia rady školy sa vyhotoví zápisnica a prezenčná listina, za čo zodpovedá predseda rady školy. </w:t>
      </w:r>
    </w:p>
    <w:p w14:paraId="25D05F47" w14:textId="77777777" w:rsidR="002D2F8D" w:rsidRPr="007A67C2" w:rsidRDefault="002D2F8D">
      <w:pPr>
        <w:pStyle w:val="Odsekzoznamu"/>
        <w:numPr>
          <w:ilvl w:val="0"/>
          <w:numId w:val="20"/>
        </w:numPr>
        <w:spacing w:after="0" w:line="240" w:lineRule="auto"/>
        <w:ind w:left="426"/>
        <w:jc w:val="both"/>
        <w:rPr>
          <w:rFonts w:ascii="Times New Roman" w:hAnsi="Times New Roman" w:cs="Times New Roman"/>
          <w:sz w:val="24"/>
          <w:szCs w:val="24"/>
        </w:rPr>
      </w:pPr>
      <w:r w:rsidRPr="007A67C2">
        <w:rPr>
          <w:rFonts w:ascii="Times New Roman" w:hAnsi="Times New Roman" w:cs="Times New Roman"/>
          <w:sz w:val="24"/>
          <w:szCs w:val="24"/>
        </w:rPr>
        <w:t>Zápisnica obsahuje najmä priebeh rokovania, prijaté uznesenia a výsledky hlasovania.</w:t>
      </w:r>
    </w:p>
    <w:p w14:paraId="3F2452B6" w14:textId="77777777" w:rsidR="002D2F8D" w:rsidRPr="007A67C2" w:rsidRDefault="002D2F8D">
      <w:pPr>
        <w:pStyle w:val="Odsekzoznamu"/>
        <w:numPr>
          <w:ilvl w:val="0"/>
          <w:numId w:val="20"/>
        </w:numPr>
        <w:spacing w:after="0" w:line="240" w:lineRule="auto"/>
        <w:ind w:left="426"/>
        <w:jc w:val="both"/>
        <w:rPr>
          <w:rFonts w:ascii="Times New Roman" w:hAnsi="Times New Roman" w:cs="Times New Roman"/>
          <w:sz w:val="24"/>
          <w:szCs w:val="24"/>
        </w:rPr>
      </w:pPr>
      <w:r w:rsidRPr="007A67C2">
        <w:rPr>
          <w:rFonts w:ascii="Times New Roman" w:hAnsi="Times New Roman" w:cs="Times New Roman"/>
          <w:sz w:val="24"/>
          <w:szCs w:val="24"/>
        </w:rPr>
        <w:t>Zverejňovanie zápisníc sa vykonáva v súlade s osobitnými predpismi</w:t>
      </w:r>
    </w:p>
    <w:p w14:paraId="2A2821D8" w14:textId="4959F490" w:rsidR="002D2F8D" w:rsidRPr="007A67C2" w:rsidRDefault="002D2F8D">
      <w:pPr>
        <w:pStyle w:val="Odsekzoznamu"/>
        <w:numPr>
          <w:ilvl w:val="0"/>
          <w:numId w:val="20"/>
        </w:numPr>
        <w:spacing w:after="0" w:line="240" w:lineRule="auto"/>
        <w:ind w:left="426"/>
        <w:jc w:val="both"/>
        <w:rPr>
          <w:rFonts w:ascii="Times New Roman" w:hAnsi="Times New Roman" w:cs="Times New Roman"/>
          <w:sz w:val="24"/>
          <w:szCs w:val="24"/>
        </w:rPr>
      </w:pPr>
      <w:r w:rsidRPr="007A67C2">
        <w:rPr>
          <w:rFonts w:ascii="Times New Roman" w:hAnsi="Times New Roman" w:cs="Times New Roman"/>
          <w:sz w:val="24"/>
          <w:szCs w:val="24"/>
        </w:rPr>
        <w:t>Písomné vyhotovenie uznesenia obsahuje najmä</w:t>
      </w:r>
    </w:p>
    <w:p w14:paraId="60A71C94" w14:textId="77777777" w:rsidR="002D2F8D" w:rsidRPr="007A67C2" w:rsidRDefault="002D2F8D">
      <w:pPr>
        <w:pStyle w:val="Odsekzoznamu"/>
        <w:widowControl w:val="0"/>
        <w:numPr>
          <w:ilvl w:val="0"/>
          <w:numId w:val="16"/>
        </w:numPr>
        <w:autoSpaceDE w:val="0"/>
        <w:autoSpaceDN w:val="0"/>
        <w:spacing w:after="0" w:line="240" w:lineRule="auto"/>
        <w:ind w:hanging="357"/>
        <w:contextualSpacing w:val="0"/>
        <w:jc w:val="both"/>
        <w:textAlignment w:val="baseline"/>
        <w:rPr>
          <w:rFonts w:ascii="Times New Roman" w:hAnsi="Times New Roman" w:cs="Times New Roman"/>
          <w:sz w:val="24"/>
          <w:szCs w:val="24"/>
        </w:rPr>
      </w:pPr>
      <w:r w:rsidRPr="007A67C2">
        <w:rPr>
          <w:rFonts w:ascii="Times New Roman" w:hAnsi="Times New Roman" w:cs="Times New Roman"/>
          <w:sz w:val="24"/>
          <w:szCs w:val="24"/>
        </w:rPr>
        <w:t>jednoznačný text prijatého rozhodnutia rady školy,</w:t>
      </w:r>
    </w:p>
    <w:p w14:paraId="0600540D" w14:textId="77777777" w:rsidR="002D2F8D" w:rsidRPr="007A67C2" w:rsidRDefault="002D2F8D">
      <w:pPr>
        <w:pStyle w:val="Odsekzoznamu"/>
        <w:widowControl w:val="0"/>
        <w:numPr>
          <w:ilvl w:val="0"/>
          <w:numId w:val="16"/>
        </w:numPr>
        <w:autoSpaceDE w:val="0"/>
        <w:autoSpaceDN w:val="0"/>
        <w:spacing w:after="0" w:line="240" w:lineRule="auto"/>
        <w:ind w:hanging="357"/>
        <w:contextualSpacing w:val="0"/>
        <w:jc w:val="both"/>
        <w:textAlignment w:val="baseline"/>
        <w:rPr>
          <w:rFonts w:ascii="Times New Roman" w:hAnsi="Times New Roman" w:cs="Times New Roman"/>
          <w:sz w:val="24"/>
          <w:szCs w:val="24"/>
        </w:rPr>
      </w:pPr>
      <w:r w:rsidRPr="007A67C2">
        <w:rPr>
          <w:rFonts w:ascii="Times New Roman" w:hAnsi="Times New Roman" w:cs="Times New Roman"/>
          <w:sz w:val="24"/>
          <w:szCs w:val="24"/>
        </w:rPr>
        <w:t>deň, čas a miesto konania zasadnutia rady školy,</w:t>
      </w:r>
    </w:p>
    <w:p w14:paraId="55A53AFB" w14:textId="77777777" w:rsidR="002D2F8D" w:rsidRPr="007A67C2" w:rsidRDefault="002D2F8D">
      <w:pPr>
        <w:pStyle w:val="Odsekzoznamu"/>
        <w:widowControl w:val="0"/>
        <w:numPr>
          <w:ilvl w:val="0"/>
          <w:numId w:val="16"/>
        </w:numPr>
        <w:autoSpaceDE w:val="0"/>
        <w:autoSpaceDN w:val="0"/>
        <w:spacing w:after="0" w:line="240" w:lineRule="auto"/>
        <w:ind w:hanging="357"/>
        <w:contextualSpacing w:val="0"/>
        <w:jc w:val="both"/>
        <w:textAlignment w:val="baseline"/>
        <w:rPr>
          <w:rFonts w:ascii="Times New Roman" w:hAnsi="Times New Roman" w:cs="Times New Roman"/>
          <w:sz w:val="24"/>
          <w:szCs w:val="24"/>
        </w:rPr>
      </w:pPr>
      <w:r w:rsidRPr="007A67C2">
        <w:rPr>
          <w:rFonts w:ascii="Times New Roman" w:hAnsi="Times New Roman" w:cs="Times New Roman"/>
          <w:sz w:val="24"/>
          <w:szCs w:val="24"/>
        </w:rPr>
        <w:t>hlasovanie – počet prítomných členov, počet hlasov za, počet hlasov proti a počet členov, ktorí sa zdržali hlasovania,</w:t>
      </w:r>
    </w:p>
    <w:p w14:paraId="3ED49B3B" w14:textId="77777777" w:rsidR="002D2F8D" w:rsidRPr="007A67C2" w:rsidRDefault="002D2F8D">
      <w:pPr>
        <w:pStyle w:val="Odsekzoznamu"/>
        <w:widowControl w:val="0"/>
        <w:numPr>
          <w:ilvl w:val="0"/>
          <w:numId w:val="16"/>
        </w:numPr>
        <w:autoSpaceDE w:val="0"/>
        <w:autoSpaceDN w:val="0"/>
        <w:spacing w:after="0" w:line="240" w:lineRule="auto"/>
        <w:ind w:hanging="357"/>
        <w:contextualSpacing w:val="0"/>
        <w:jc w:val="both"/>
        <w:textAlignment w:val="baseline"/>
        <w:rPr>
          <w:rFonts w:ascii="Times New Roman" w:hAnsi="Times New Roman" w:cs="Times New Roman"/>
          <w:sz w:val="24"/>
          <w:szCs w:val="24"/>
        </w:rPr>
      </w:pPr>
      <w:r w:rsidRPr="007A67C2">
        <w:rPr>
          <w:rFonts w:ascii="Times New Roman" w:hAnsi="Times New Roman" w:cs="Times New Roman"/>
          <w:sz w:val="24"/>
          <w:szCs w:val="24"/>
        </w:rPr>
        <w:t>podpis predsedu rady školy.</w:t>
      </w:r>
    </w:p>
    <w:p w14:paraId="0EECD109" w14:textId="77777777" w:rsidR="002D2F8D" w:rsidRPr="007A67C2" w:rsidRDefault="002D2F8D" w:rsidP="00086749">
      <w:pPr>
        <w:spacing w:after="0" w:line="240" w:lineRule="auto"/>
        <w:rPr>
          <w:rFonts w:ascii="Times New Roman" w:hAnsi="Times New Roman" w:cs="Times New Roman"/>
          <w:b/>
          <w:bCs/>
          <w:sz w:val="24"/>
          <w:szCs w:val="24"/>
        </w:rPr>
      </w:pPr>
    </w:p>
    <w:p w14:paraId="0DFB5E99" w14:textId="7AC4F29C" w:rsidR="002D2F8D" w:rsidRPr="007A67C2" w:rsidRDefault="002D2F8D" w:rsidP="00086749">
      <w:pPr>
        <w:spacing w:after="0" w:line="240" w:lineRule="auto"/>
        <w:jc w:val="center"/>
        <w:rPr>
          <w:rFonts w:ascii="Times New Roman" w:hAnsi="Times New Roman" w:cs="Times New Roman"/>
          <w:b/>
          <w:bCs/>
          <w:sz w:val="24"/>
          <w:szCs w:val="24"/>
        </w:rPr>
      </w:pPr>
      <w:r w:rsidRPr="007A67C2">
        <w:rPr>
          <w:rFonts w:ascii="Times New Roman" w:hAnsi="Times New Roman" w:cs="Times New Roman"/>
          <w:b/>
          <w:bCs/>
          <w:sz w:val="24"/>
          <w:szCs w:val="24"/>
        </w:rPr>
        <w:t>Čl. 1</w:t>
      </w:r>
      <w:r w:rsidR="00293E07">
        <w:rPr>
          <w:rFonts w:ascii="Times New Roman" w:hAnsi="Times New Roman" w:cs="Times New Roman"/>
          <w:b/>
          <w:bCs/>
          <w:sz w:val="24"/>
          <w:szCs w:val="24"/>
        </w:rPr>
        <w:t>3</w:t>
      </w:r>
    </w:p>
    <w:p w14:paraId="7F68DEBB" w14:textId="77777777" w:rsidR="002D2F8D" w:rsidRPr="007A67C2" w:rsidRDefault="002D2F8D" w:rsidP="00086749">
      <w:pPr>
        <w:spacing w:after="0" w:line="240" w:lineRule="auto"/>
        <w:jc w:val="center"/>
        <w:rPr>
          <w:rFonts w:ascii="Times New Roman" w:hAnsi="Times New Roman" w:cs="Times New Roman"/>
          <w:b/>
          <w:bCs/>
          <w:sz w:val="24"/>
          <w:szCs w:val="24"/>
        </w:rPr>
      </w:pPr>
      <w:r w:rsidRPr="007A67C2">
        <w:rPr>
          <w:rFonts w:ascii="Times New Roman" w:hAnsi="Times New Roman" w:cs="Times New Roman"/>
          <w:b/>
          <w:bCs/>
          <w:sz w:val="24"/>
          <w:szCs w:val="24"/>
        </w:rPr>
        <w:t xml:space="preserve">Osobitné ustanovenie v čase krízovej situácie </w:t>
      </w:r>
    </w:p>
    <w:p w14:paraId="5F228283" w14:textId="77777777" w:rsidR="00DD772D" w:rsidRPr="007A67C2" w:rsidRDefault="00DD772D" w:rsidP="00086749">
      <w:pPr>
        <w:spacing w:after="0" w:line="240" w:lineRule="auto"/>
        <w:jc w:val="center"/>
        <w:rPr>
          <w:rFonts w:ascii="Times New Roman" w:hAnsi="Times New Roman" w:cs="Times New Roman"/>
          <w:b/>
          <w:bCs/>
          <w:sz w:val="24"/>
          <w:szCs w:val="24"/>
        </w:rPr>
      </w:pPr>
    </w:p>
    <w:p w14:paraId="7535B340" w14:textId="071F39F5" w:rsidR="002D2F8D" w:rsidRPr="007A67C2" w:rsidRDefault="002D2F8D">
      <w:pPr>
        <w:pStyle w:val="Odsekzoznamu"/>
        <w:numPr>
          <w:ilvl w:val="0"/>
          <w:numId w:val="23"/>
        </w:numPr>
        <w:spacing w:after="0" w:line="240" w:lineRule="auto"/>
        <w:ind w:left="567" w:hanging="567"/>
        <w:jc w:val="both"/>
        <w:rPr>
          <w:rFonts w:ascii="Times New Roman" w:hAnsi="Times New Roman" w:cs="Times New Roman"/>
          <w:sz w:val="24"/>
          <w:szCs w:val="24"/>
        </w:rPr>
      </w:pPr>
      <w:r w:rsidRPr="007A67C2">
        <w:rPr>
          <w:rFonts w:ascii="Times New Roman" w:hAnsi="Times New Roman" w:cs="Times New Roman"/>
          <w:sz w:val="24"/>
          <w:szCs w:val="24"/>
        </w:rPr>
        <w:t>Ak počas mimoriadnej situácie, núdzového stavu alebo výnimočného stavu technické podmienky neumožnia zriaďovateľovi ustanovenie rady školy v lehote podľa § 6 ods. 4 zákona na ustanovení rady školy spolupracuje so zriaďovateľom aj príslušný regionálny úrad.</w:t>
      </w:r>
    </w:p>
    <w:p w14:paraId="282AA041" w14:textId="77777777" w:rsidR="002D2F8D" w:rsidRPr="007A67C2" w:rsidRDefault="002D2F8D">
      <w:pPr>
        <w:pStyle w:val="Odsekzoznamu"/>
        <w:numPr>
          <w:ilvl w:val="0"/>
          <w:numId w:val="23"/>
        </w:numPr>
        <w:spacing w:after="0" w:line="240" w:lineRule="auto"/>
        <w:ind w:left="567" w:hanging="567"/>
        <w:contextualSpacing w:val="0"/>
        <w:jc w:val="both"/>
        <w:rPr>
          <w:rFonts w:ascii="Times New Roman" w:hAnsi="Times New Roman" w:cs="Times New Roman"/>
          <w:sz w:val="24"/>
          <w:szCs w:val="24"/>
        </w:rPr>
      </w:pPr>
      <w:r w:rsidRPr="007A67C2">
        <w:rPr>
          <w:rFonts w:ascii="Times New Roman" w:hAnsi="Times New Roman" w:cs="Times New Roman"/>
          <w:sz w:val="24"/>
          <w:szCs w:val="24"/>
        </w:rPr>
        <w:t>Funkčné obdobie rady školy, ktoré uplynie v čase krízovej situácie, sa skončí uplynutím posledného dňa tretieho kalendárneho mesiaca po skončení krízovej situácie, ak technické podmienky neumožňujú ustanoviť novú radu školy. Ak sa počas tohto obdobia ustanoví nová rada školy, funkčné obdobie doterajšej rady školy uplynie dňom nasledujúcim po dni, v ktorom bola ustanovená nová rada školy.</w:t>
      </w:r>
    </w:p>
    <w:p w14:paraId="0821A674" w14:textId="77777777" w:rsidR="002D2F8D" w:rsidRPr="007A67C2" w:rsidRDefault="002D2F8D" w:rsidP="00086749">
      <w:pPr>
        <w:spacing w:after="0" w:line="240" w:lineRule="auto"/>
        <w:rPr>
          <w:rFonts w:ascii="Times New Roman" w:hAnsi="Times New Roman" w:cs="Times New Roman"/>
          <w:b/>
          <w:bCs/>
          <w:sz w:val="24"/>
          <w:szCs w:val="24"/>
        </w:rPr>
      </w:pPr>
    </w:p>
    <w:p w14:paraId="50C36799" w14:textId="77777777" w:rsidR="0077303B" w:rsidRDefault="0077303B" w:rsidP="00086749">
      <w:pPr>
        <w:spacing w:after="0" w:line="240" w:lineRule="auto"/>
        <w:jc w:val="center"/>
        <w:rPr>
          <w:rFonts w:ascii="Times New Roman" w:hAnsi="Times New Roman" w:cs="Times New Roman"/>
          <w:b/>
          <w:bCs/>
          <w:sz w:val="24"/>
          <w:szCs w:val="24"/>
        </w:rPr>
      </w:pPr>
    </w:p>
    <w:p w14:paraId="4BE0CD9F" w14:textId="77777777" w:rsidR="0077303B" w:rsidRDefault="0077303B" w:rsidP="00086749">
      <w:pPr>
        <w:spacing w:after="0" w:line="240" w:lineRule="auto"/>
        <w:jc w:val="center"/>
        <w:rPr>
          <w:rFonts w:ascii="Times New Roman" w:hAnsi="Times New Roman" w:cs="Times New Roman"/>
          <w:b/>
          <w:bCs/>
          <w:sz w:val="24"/>
          <w:szCs w:val="24"/>
        </w:rPr>
      </w:pPr>
    </w:p>
    <w:p w14:paraId="6868E352" w14:textId="77777777" w:rsidR="0077303B" w:rsidRDefault="0077303B" w:rsidP="00086749">
      <w:pPr>
        <w:spacing w:after="0" w:line="240" w:lineRule="auto"/>
        <w:jc w:val="center"/>
        <w:rPr>
          <w:rFonts w:ascii="Times New Roman" w:hAnsi="Times New Roman" w:cs="Times New Roman"/>
          <w:b/>
          <w:bCs/>
          <w:sz w:val="24"/>
          <w:szCs w:val="24"/>
        </w:rPr>
      </w:pPr>
    </w:p>
    <w:p w14:paraId="7804C627" w14:textId="77777777" w:rsidR="0077303B" w:rsidRDefault="0077303B" w:rsidP="00086749">
      <w:pPr>
        <w:spacing w:after="0" w:line="240" w:lineRule="auto"/>
        <w:jc w:val="center"/>
        <w:rPr>
          <w:rFonts w:ascii="Times New Roman" w:hAnsi="Times New Roman" w:cs="Times New Roman"/>
          <w:b/>
          <w:bCs/>
          <w:sz w:val="24"/>
          <w:szCs w:val="24"/>
        </w:rPr>
      </w:pPr>
    </w:p>
    <w:p w14:paraId="520A18C1" w14:textId="1AE5AC04" w:rsidR="002D2F8D" w:rsidRPr="007A67C2" w:rsidRDefault="002D2F8D" w:rsidP="00086749">
      <w:pPr>
        <w:spacing w:after="0" w:line="240" w:lineRule="auto"/>
        <w:jc w:val="center"/>
        <w:rPr>
          <w:rFonts w:ascii="Times New Roman" w:hAnsi="Times New Roman" w:cs="Times New Roman"/>
          <w:b/>
          <w:bCs/>
          <w:sz w:val="24"/>
          <w:szCs w:val="24"/>
        </w:rPr>
      </w:pPr>
      <w:r w:rsidRPr="007A67C2">
        <w:rPr>
          <w:rFonts w:ascii="Times New Roman" w:hAnsi="Times New Roman" w:cs="Times New Roman"/>
          <w:b/>
          <w:bCs/>
          <w:sz w:val="24"/>
          <w:szCs w:val="24"/>
        </w:rPr>
        <w:lastRenderedPageBreak/>
        <w:t>Čl. 1</w:t>
      </w:r>
      <w:r w:rsidR="00293E07">
        <w:rPr>
          <w:rFonts w:ascii="Times New Roman" w:hAnsi="Times New Roman" w:cs="Times New Roman"/>
          <w:b/>
          <w:bCs/>
          <w:sz w:val="24"/>
          <w:szCs w:val="24"/>
        </w:rPr>
        <w:t>4</w:t>
      </w:r>
    </w:p>
    <w:p w14:paraId="68647E66" w14:textId="77777777" w:rsidR="002D2F8D" w:rsidRPr="007A67C2" w:rsidRDefault="002D2F8D" w:rsidP="00086749">
      <w:pPr>
        <w:spacing w:after="0" w:line="240" w:lineRule="auto"/>
        <w:jc w:val="center"/>
        <w:rPr>
          <w:rFonts w:ascii="Times New Roman" w:hAnsi="Times New Roman" w:cs="Times New Roman"/>
          <w:b/>
          <w:bCs/>
          <w:sz w:val="24"/>
          <w:szCs w:val="24"/>
        </w:rPr>
      </w:pPr>
      <w:r w:rsidRPr="007A67C2">
        <w:rPr>
          <w:rFonts w:ascii="Times New Roman" w:hAnsi="Times New Roman" w:cs="Times New Roman"/>
          <w:b/>
          <w:bCs/>
          <w:sz w:val="24"/>
          <w:szCs w:val="24"/>
        </w:rPr>
        <w:t>Finančné zabezpečenie</w:t>
      </w:r>
    </w:p>
    <w:p w14:paraId="42034CFA" w14:textId="77777777" w:rsidR="00DD772D" w:rsidRPr="007A67C2" w:rsidRDefault="00DD772D" w:rsidP="00086749">
      <w:pPr>
        <w:spacing w:after="0" w:line="240" w:lineRule="auto"/>
        <w:jc w:val="center"/>
        <w:rPr>
          <w:rFonts w:ascii="Times New Roman" w:hAnsi="Times New Roman" w:cs="Times New Roman"/>
          <w:sz w:val="24"/>
          <w:szCs w:val="24"/>
        </w:rPr>
      </w:pPr>
    </w:p>
    <w:p w14:paraId="72520A89" w14:textId="77777777" w:rsidR="002D2F8D" w:rsidRPr="007A67C2" w:rsidRDefault="002D2F8D">
      <w:pPr>
        <w:pStyle w:val="Odsekzoznamu"/>
        <w:numPr>
          <w:ilvl w:val="0"/>
          <w:numId w:val="21"/>
        </w:numPr>
        <w:spacing w:after="0" w:line="240" w:lineRule="auto"/>
        <w:ind w:left="567" w:hanging="567"/>
        <w:rPr>
          <w:rFonts w:ascii="Times New Roman" w:hAnsi="Times New Roman" w:cs="Times New Roman"/>
          <w:sz w:val="24"/>
          <w:szCs w:val="24"/>
        </w:rPr>
      </w:pPr>
      <w:r w:rsidRPr="007A67C2">
        <w:rPr>
          <w:rFonts w:ascii="Times New Roman" w:hAnsi="Times New Roman" w:cs="Times New Roman"/>
          <w:sz w:val="24"/>
          <w:szCs w:val="24"/>
        </w:rPr>
        <w:t>Rada školy nemá vlastný majetok.</w:t>
      </w:r>
    </w:p>
    <w:p w14:paraId="506B10CC" w14:textId="77777777" w:rsidR="002D2F8D" w:rsidRPr="007A67C2" w:rsidRDefault="002D2F8D">
      <w:pPr>
        <w:pStyle w:val="Odsekzoznamu"/>
        <w:numPr>
          <w:ilvl w:val="0"/>
          <w:numId w:val="21"/>
        </w:numPr>
        <w:spacing w:after="0" w:line="240" w:lineRule="auto"/>
        <w:ind w:left="567" w:hanging="567"/>
        <w:rPr>
          <w:rFonts w:ascii="Times New Roman" w:hAnsi="Times New Roman" w:cs="Times New Roman"/>
          <w:sz w:val="24"/>
          <w:szCs w:val="24"/>
        </w:rPr>
      </w:pPr>
      <w:r w:rsidRPr="007A67C2">
        <w:rPr>
          <w:rFonts w:ascii="Times New Roman" w:hAnsi="Times New Roman" w:cs="Times New Roman"/>
          <w:sz w:val="24"/>
          <w:szCs w:val="24"/>
        </w:rPr>
        <w:t>Činnosť rady školy je zabezpečovaná v rámci rozpočtu školy.</w:t>
      </w:r>
    </w:p>
    <w:p w14:paraId="311411D4" w14:textId="77777777" w:rsidR="002D2F8D" w:rsidRPr="007A67C2" w:rsidRDefault="002D2F8D" w:rsidP="00086749">
      <w:pPr>
        <w:spacing w:after="0" w:line="240" w:lineRule="auto"/>
        <w:rPr>
          <w:rFonts w:ascii="Times New Roman" w:hAnsi="Times New Roman" w:cs="Times New Roman"/>
          <w:b/>
          <w:bCs/>
          <w:sz w:val="24"/>
          <w:szCs w:val="24"/>
        </w:rPr>
      </w:pPr>
    </w:p>
    <w:p w14:paraId="367032A8" w14:textId="6DB5DE89" w:rsidR="002D2F8D" w:rsidRPr="007A67C2" w:rsidRDefault="002D2F8D" w:rsidP="00086749">
      <w:pPr>
        <w:spacing w:after="0" w:line="240" w:lineRule="auto"/>
        <w:jc w:val="center"/>
        <w:rPr>
          <w:rFonts w:ascii="Times New Roman" w:hAnsi="Times New Roman" w:cs="Times New Roman"/>
          <w:b/>
          <w:bCs/>
          <w:sz w:val="24"/>
          <w:szCs w:val="24"/>
        </w:rPr>
      </w:pPr>
      <w:r w:rsidRPr="007A67C2">
        <w:rPr>
          <w:rFonts w:ascii="Times New Roman" w:hAnsi="Times New Roman" w:cs="Times New Roman"/>
          <w:b/>
          <w:bCs/>
          <w:sz w:val="24"/>
          <w:szCs w:val="24"/>
        </w:rPr>
        <w:t>Čl. 1</w:t>
      </w:r>
      <w:r w:rsidR="00293E07">
        <w:rPr>
          <w:rFonts w:ascii="Times New Roman" w:hAnsi="Times New Roman" w:cs="Times New Roman"/>
          <w:b/>
          <w:bCs/>
          <w:sz w:val="24"/>
          <w:szCs w:val="24"/>
        </w:rPr>
        <w:t>5</w:t>
      </w:r>
    </w:p>
    <w:p w14:paraId="09543AFD" w14:textId="77777777" w:rsidR="002D2F8D" w:rsidRPr="007A67C2" w:rsidRDefault="002D2F8D" w:rsidP="00086749">
      <w:pPr>
        <w:spacing w:after="0" w:line="240" w:lineRule="auto"/>
        <w:jc w:val="center"/>
        <w:rPr>
          <w:rFonts w:ascii="Times New Roman" w:hAnsi="Times New Roman" w:cs="Times New Roman"/>
          <w:b/>
          <w:bCs/>
          <w:sz w:val="24"/>
          <w:szCs w:val="24"/>
        </w:rPr>
      </w:pPr>
      <w:r w:rsidRPr="007A67C2">
        <w:rPr>
          <w:rFonts w:ascii="Times New Roman" w:hAnsi="Times New Roman" w:cs="Times New Roman"/>
          <w:b/>
          <w:bCs/>
          <w:sz w:val="24"/>
          <w:szCs w:val="24"/>
        </w:rPr>
        <w:t>Záverečné ustanovenia</w:t>
      </w:r>
    </w:p>
    <w:p w14:paraId="149B043B" w14:textId="77777777" w:rsidR="00DD772D" w:rsidRPr="007A67C2" w:rsidRDefault="00DD772D" w:rsidP="00086749">
      <w:pPr>
        <w:spacing w:after="0" w:line="240" w:lineRule="auto"/>
        <w:jc w:val="center"/>
        <w:rPr>
          <w:rFonts w:ascii="Times New Roman" w:hAnsi="Times New Roman" w:cs="Times New Roman"/>
          <w:sz w:val="24"/>
          <w:szCs w:val="24"/>
        </w:rPr>
      </w:pPr>
    </w:p>
    <w:p w14:paraId="5EA67D03" w14:textId="77777777" w:rsidR="00DE713A" w:rsidRPr="007A67C2" w:rsidRDefault="00DE713A">
      <w:pPr>
        <w:pStyle w:val="Odsekzoznamu"/>
        <w:numPr>
          <w:ilvl w:val="0"/>
          <w:numId w:val="22"/>
        </w:numPr>
        <w:spacing w:after="0" w:line="240" w:lineRule="auto"/>
        <w:ind w:left="567" w:hanging="567"/>
        <w:rPr>
          <w:rFonts w:ascii="Times New Roman" w:hAnsi="Times New Roman" w:cs="Times New Roman"/>
          <w:sz w:val="24"/>
          <w:szCs w:val="24"/>
        </w:rPr>
      </w:pPr>
      <w:r w:rsidRPr="007A67C2">
        <w:rPr>
          <w:rFonts w:ascii="Times New Roman" w:hAnsi="Times New Roman" w:cs="Times New Roman"/>
          <w:sz w:val="24"/>
          <w:szCs w:val="24"/>
        </w:rPr>
        <w:t>Tento štatút schvaľuje rada školy.</w:t>
      </w:r>
    </w:p>
    <w:p w14:paraId="3416CF1B" w14:textId="77777777" w:rsidR="00DE713A" w:rsidRPr="007A67C2" w:rsidRDefault="00DE713A">
      <w:pPr>
        <w:pStyle w:val="Odsekzoznamu"/>
        <w:numPr>
          <w:ilvl w:val="0"/>
          <w:numId w:val="22"/>
        </w:numPr>
        <w:spacing w:after="0" w:line="240" w:lineRule="auto"/>
        <w:ind w:left="567" w:hanging="567"/>
        <w:rPr>
          <w:rFonts w:ascii="Times New Roman" w:hAnsi="Times New Roman" w:cs="Times New Roman"/>
          <w:sz w:val="24"/>
          <w:szCs w:val="24"/>
        </w:rPr>
      </w:pPr>
      <w:r w:rsidRPr="007A67C2">
        <w:rPr>
          <w:rFonts w:ascii="Times New Roman" w:hAnsi="Times New Roman" w:cs="Times New Roman"/>
          <w:sz w:val="24"/>
          <w:szCs w:val="24"/>
        </w:rPr>
        <w:t>Štatút nadobúda účinnosť dňom jeho schválenia.</w:t>
      </w:r>
    </w:p>
    <w:p w14:paraId="6A1411AD" w14:textId="77777777" w:rsidR="00DE713A" w:rsidRPr="007A67C2" w:rsidRDefault="00DE713A">
      <w:pPr>
        <w:pStyle w:val="Odsekzoznamu"/>
        <w:numPr>
          <w:ilvl w:val="0"/>
          <w:numId w:val="22"/>
        </w:numPr>
        <w:spacing w:after="0" w:line="240" w:lineRule="auto"/>
        <w:ind w:left="567" w:hanging="567"/>
        <w:rPr>
          <w:rFonts w:ascii="Times New Roman" w:hAnsi="Times New Roman" w:cs="Times New Roman"/>
          <w:sz w:val="24"/>
          <w:szCs w:val="24"/>
        </w:rPr>
      </w:pPr>
      <w:r w:rsidRPr="007A67C2">
        <w:rPr>
          <w:rFonts w:ascii="Times New Roman" w:hAnsi="Times New Roman" w:cs="Times New Roman"/>
          <w:sz w:val="24"/>
          <w:szCs w:val="24"/>
        </w:rPr>
        <w:t>Zmeny a doplnenia štatútu schvaľuje rada školy.</w:t>
      </w:r>
    </w:p>
    <w:p w14:paraId="74DA2DFC" w14:textId="77777777" w:rsidR="005B0064" w:rsidRDefault="005B0064" w:rsidP="005B0064">
      <w:pPr>
        <w:spacing w:after="0" w:line="240" w:lineRule="auto"/>
        <w:rPr>
          <w:rFonts w:ascii="Times New Roman" w:hAnsi="Times New Roman" w:cs="Times New Roman"/>
          <w:sz w:val="24"/>
          <w:szCs w:val="24"/>
        </w:rPr>
      </w:pPr>
    </w:p>
    <w:p w14:paraId="6721D0D0" w14:textId="77777777" w:rsidR="005B0064" w:rsidRDefault="005B0064" w:rsidP="005B0064">
      <w:pPr>
        <w:spacing w:after="0" w:line="240" w:lineRule="auto"/>
        <w:rPr>
          <w:rFonts w:ascii="Times New Roman" w:hAnsi="Times New Roman" w:cs="Times New Roman"/>
          <w:sz w:val="24"/>
          <w:szCs w:val="24"/>
        </w:rPr>
      </w:pPr>
    </w:p>
    <w:p w14:paraId="04A237A2" w14:textId="71230272" w:rsidR="00AD05E8" w:rsidRPr="005B0064" w:rsidRDefault="005B0064" w:rsidP="005B0064">
      <w:pPr>
        <w:spacing w:after="0" w:line="240" w:lineRule="auto"/>
        <w:rPr>
          <w:rFonts w:ascii="Times New Roman" w:hAnsi="Times New Roman" w:cs="Times New Roman"/>
          <w:b/>
          <w:bCs/>
          <w:sz w:val="24"/>
          <w:szCs w:val="24"/>
        </w:rPr>
      </w:pPr>
      <w:r w:rsidRPr="005B0064">
        <w:rPr>
          <w:rFonts w:ascii="Times New Roman" w:hAnsi="Times New Roman" w:cs="Times New Roman"/>
          <w:sz w:val="24"/>
          <w:szCs w:val="24"/>
        </w:rPr>
        <w:t xml:space="preserve">Tento štatút bol prerokovaný a schválený na zasadnutí rady školy dňa </w:t>
      </w:r>
      <w:r w:rsidRPr="005B0064">
        <w:rPr>
          <w:rFonts w:ascii="Times New Roman" w:hAnsi="Times New Roman" w:cs="Times New Roman"/>
          <w:b/>
          <w:bCs/>
          <w:sz w:val="24"/>
          <w:szCs w:val="24"/>
        </w:rPr>
        <w:t>28. 05. 2026.</w:t>
      </w:r>
    </w:p>
    <w:p w14:paraId="628B5579" w14:textId="77777777" w:rsidR="00AD05E8" w:rsidRPr="005B0064" w:rsidRDefault="00AD05E8" w:rsidP="00086749">
      <w:pPr>
        <w:spacing w:after="0" w:line="240" w:lineRule="auto"/>
        <w:jc w:val="center"/>
        <w:rPr>
          <w:rFonts w:ascii="Times New Roman" w:hAnsi="Times New Roman" w:cs="Times New Roman"/>
          <w:sz w:val="24"/>
          <w:szCs w:val="24"/>
        </w:rPr>
      </w:pPr>
    </w:p>
    <w:p w14:paraId="1519EFA9" w14:textId="77777777" w:rsidR="00AD05E8" w:rsidRPr="007A67C2" w:rsidRDefault="00AD05E8" w:rsidP="00086749">
      <w:pPr>
        <w:spacing w:after="0" w:line="240" w:lineRule="auto"/>
        <w:rPr>
          <w:rFonts w:ascii="Times New Roman" w:hAnsi="Times New Roman" w:cs="Times New Roman"/>
          <w:sz w:val="24"/>
          <w:szCs w:val="24"/>
        </w:rPr>
      </w:pPr>
    </w:p>
    <w:p w14:paraId="27D40D9A" w14:textId="77777777" w:rsidR="00AD05E8" w:rsidRPr="007A67C2" w:rsidRDefault="00AD05E8" w:rsidP="00086749">
      <w:pPr>
        <w:spacing w:after="0" w:line="240" w:lineRule="auto"/>
        <w:jc w:val="center"/>
        <w:rPr>
          <w:rFonts w:ascii="Times New Roman" w:hAnsi="Times New Roman" w:cs="Times New Roman"/>
          <w:sz w:val="24"/>
          <w:szCs w:val="24"/>
        </w:rPr>
      </w:pPr>
    </w:p>
    <w:p w14:paraId="4C5A0EC3" w14:textId="10CFD399" w:rsidR="00E30B94" w:rsidRPr="007A67C2" w:rsidRDefault="00E30B94" w:rsidP="00086749">
      <w:pPr>
        <w:spacing w:after="0" w:line="240" w:lineRule="auto"/>
        <w:jc w:val="both"/>
        <w:rPr>
          <w:rFonts w:ascii="Times New Roman" w:hAnsi="Times New Roman" w:cs="Times New Roman"/>
          <w:sz w:val="24"/>
          <w:szCs w:val="24"/>
        </w:rPr>
      </w:pPr>
      <w:r w:rsidRPr="007A67C2">
        <w:rPr>
          <w:rFonts w:ascii="Times New Roman" w:hAnsi="Times New Roman" w:cs="Times New Roman"/>
          <w:sz w:val="24"/>
          <w:szCs w:val="24"/>
        </w:rPr>
        <w:t>V</w:t>
      </w:r>
      <w:r w:rsidR="005B0064">
        <w:rPr>
          <w:rFonts w:ascii="Times New Roman" w:hAnsi="Times New Roman" w:cs="Times New Roman"/>
          <w:sz w:val="24"/>
          <w:szCs w:val="24"/>
        </w:rPr>
        <w:t> Dunajskej Strede, dňa 28.05.2026</w:t>
      </w:r>
      <w:r w:rsidRPr="007A67C2">
        <w:rPr>
          <w:rFonts w:ascii="Times New Roman" w:hAnsi="Times New Roman" w:cs="Times New Roman"/>
          <w:sz w:val="24"/>
          <w:szCs w:val="24"/>
        </w:rPr>
        <w:t xml:space="preserve">       </w:t>
      </w:r>
      <w:r w:rsidR="00DE713A" w:rsidRPr="007A67C2">
        <w:rPr>
          <w:rFonts w:ascii="Times New Roman" w:hAnsi="Times New Roman" w:cs="Times New Roman"/>
          <w:sz w:val="24"/>
          <w:szCs w:val="24"/>
        </w:rPr>
        <w:t xml:space="preserve">                            </w:t>
      </w:r>
      <w:r w:rsidRPr="007A67C2">
        <w:rPr>
          <w:rFonts w:ascii="Times New Roman" w:hAnsi="Times New Roman" w:cs="Times New Roman"/>
          <w:sz w:val="24"/>
          <w:szCs w:val="24"/>
        </w:rPr>
        <w:t>.........................................................</w:t>
      </w:r>
    </w:p>
    <w:p w14:paraId="2544860D" w14:textId="0D804188" w:rsidR="00787AB1" w:rsidRPr="007A67C2" w:rsidRDefault="00E30B94" w:rsidP="00086749">
      <w:pPr>
        <w:spacing w:after="0" w:line="240" w:lineRule="auto"/>
        <w:ind w:left="4956"/>
        <w:jc w:val="both"/>
        <w:rPr>
          <w:rFonts w:ascii="Times New Roman" w:hAnsi="Times New Roman" w:cs="Times New Roman"/>
          <w:sz w:val="24"/>
          <w:szCs w:val="24"/>
        </w:rPr>
      </w:pPr>
      <w:r w:rsidRPr="007A67C2">
        <w:rPr>
          <w:rFonts w:ascii="Times New Roman" w:hAnsi="Times New Roman" w:cs="Times New Roman"/>
          <w:sz w:val="24"/>
          <w:szCs w:val="24"/>
        </w:rPr>
        <w:t xml:space="preserve">      </w:t>
      </w:r>
      <w:r w:rsidR="005B0064">
        <w:rPr>
          <w:rFonts w:ascii="Times New Roman" w:hAnsi="Times New Roman" w:cs="Times New Roman"/>
          <w:sz w:val="24"/>
          <w:szCs w:val="24"/>
        </w:rPr>
        <w:t xml:space="preserve">        </w:t>
      </w:r>
      <w:r w:rsidRPr="007A67C2">
        <w:rPr>
          <w:rFonts w:ascii="Times New Roman" w:hAnsi="Times New Roman" w:cs="Times New Roman"/>
          <w:sz w:val="24"/>
          <w:szCs w:val="24"/>
        </w:rPr>
        <w:t xml:space="preserve"> podpis predsedu rady školy </w:t>
      </w:r>
    </w:p>
    <w:sectPr w:rsidR="00787AB1" w:rsidRPr="007A67C2" w:rsidSect="00DE713A">
      <w:pgSz w:w="12240" w:h="15840"/>
      <w:pgMar w:top="851" w:right="1467" w:bottom="1276"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D8737D" w14:textId="77777777" w:rsidR="00A10FD2" w:rsidRPr="00DE713A" w:rsidRDefault="00A10FD2" w:rsidP="00E557AB">
      <w:pPr>
        <w:spacing w:after="0" w:line="240" w:lineRule="auto"/>
      </w:pPr>
      <w:r w:rsidRPr="00DE713A">
        <w:separator/>
      </w:r>
    </w:p>
  </w:endnote>
  <w:endnote w:type="continuationSeparator" w:id="0">
    <w:p w14:paraId="04930273" w14:textId="77777777" w:rsidR="00A10FD2" w:rsidRPr="00DE713A" w:rsidRDefault="00A10FD2" w:rsidP="00E557AB">
      <w:pPr>
        <w:spacing w:after="0" w:line="240" w:lineRule="auto"/>
      </w:pPr>
      <w:r w:rsidRPr="00DE713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Cambria">
    <w:panose1 w:val="02040503050406030204"/>
    <w:charset w:val="EE"/>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EE"/>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785FAF" w14:textId="77777777" w:rsidR="00A10FD2" w:rsidRPr="00DE713A" w:rsidRDefault="00A10FD2" w:rsidP="00E557AB">
      <w:pPr>
        <w:spacing w:after="0" w:line="240" w:lineRule="auto"/>
      </w:pPr>
      <w:r w:rsidRPr="00DE713A">
        <w:separator/>
      </w:r>
    </w:p>
  </w:footnote>
  <w:footnote w:type="continuationSeparator" w:id="0">
    <w:p w14:paraId="0EC6E039" w14:textId="77777777" w:rsidR="00A10FD2" w:rsidRPr="00DE713A" w:rsidRDefault="00A10FD2" w:rsidP="00E557AB">
      <w:pPr>
        <w:spacing w:after="0" w:line="240" w:lineRule="auto"/>
      </w:pPr>
      <w:r w:rsidRPr="00DE713A">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E"/>
    <w:multiLevelType w:val="singleLevel"/>
    <w:tmpl w:val="FB12693A"/>
    <w:lvl w:ilvl="0">
      <w:start w:val="1"/>
      <w:numFmt w:val="decimal"/>
      <w:pStyle w:val="slovanzoznam3"/>
      <w:lvlText w:val="%1."/>
      <w:lvlJc w:val="left"/>
      <w:pPr>
        <w:tabs>
          <w:tab w:val="num" w:pos="1080"/>
        </w:tabs>
        <w:ind w:left="1080" w:hanging="360"/>
      </w:pPr>
    </w:lvl>
  </w:abstractNum>
  <w:abstractNum w:abstractNumId="1" w15:restartNumberingAfterBreak="0">
    <w:nsid w:val="FFFFFF7F"/>
    <w:multiLevelType w:val="singleLevel"/>
    <w:tmpl w:val="38441652"/>
    <w:lvl w:ilvl="0">
      <w:start w:val="1"/>
      <w:numFmt w:val="decimal"/>
      <w:pStyle w:val="slovanzoznam2"/>
      <w:lvlText w:val="%1."/>
      <w:lvlJc w:val="left"/>
      <w:pPr>
        <w:tabs>
          <w:tab w:val="num" w:pos="720"/>
        </w:tabs>
        <w:ind w:left="720" w:hanging="360"/>
      </w:pPr>
    </w:lvl>
  </w:abstractNum>
  <w:abstractNum w:abstractNumId="2" w15:restartNumberingAfterBreak="0">
    <w:nsid w:val="FFFFFF82"/>
    <w:multiLevelType w:val="singleLevel"/>
    <w:tmpl w:val="F3EAFDEC"/>
    <w:lvl w:ilvl="0">
      <w:start w:val="1"/>
      <w:numFmt w:val="bullet"/>
      <w:pStyle w:val="Zoznamsodrkami3"/>
      <w:lvlText w:val=""/>
      <w:lvlJc w:val="left"/>
      <w:pPr>
        <w:tabs>
          <w:tab w:val="num" w:pos="1080"/>
        </w:tabs>
        <w:ind w:left="1080" w:hanging="360"/>
      </w:pPr>
      <w:rPr>
        <w:rFonts w:ascii="Symbol" w:hAnsi="Symbol" w:hint="default"/>
      </w:rPr>
    </w:lvl>
  </w:abstractNum>
  <w:abstractNum w:abstractNumId="3" w15:restartNumberingAfterBreak="0">
    <w:nsid w:val="FFFFFF83"/>
    <w:multiLevelType w:val="singleLevel"/>
    <w:tmpl w:val="3D1EFFD4"/>
    <w:lvl w:ilvl="0">
      <w:start w:val="1"/>
      <w:numFmt w:val="bullet"/>
      <w:pStyle w:val="Zoznamsodrkami2"/>
      <w:lvlText w:val=""/>
      <w:lvlJc w:val="left"/>
      <w:pPr>
        <w:tabs>
          <w:tab w:val="num" w:pos="720"/>
        </w:tabs>
        <w:ind w:left="720" w:hanging="360"/>
      </w:pPr>
      <w:rPr>
        <w:rFonts w:ascii="Symbol" w:hAnsi="Symbol" w:hint="default"/>
      </w:rPr>
    </w:lvl>
  </w:abstractNum>
  <w:abstractNum w:abstractNumId="4" w15:restartNumberingAfterBreak="0">
    <w:nsid w:val="FFFFFF88"/>
    <w:multiLevelType w:val="singleLevel"/>
    <w:tmpl w:val="D0A62B40"/>
    <w:lvl w:ilvl="0">
      <w:start w:val="1"/>
      <w:numFmt w:val="decimal"/>
      <w:pStyle w:val="slovanzoznam"/>
      <w:lvlText w:val="%1."/>
      <w:lvlJc w:val="left"/>
      <w:pPr>
        <w:tabs>
          <w:tab w:val="num" w:pos="360"/>
        </w:tabs>
        <w:ind w:left="360" w:hanging="360"/>
      </w:pPr>
    </w:lvl>
  </w:abstractNum>
  <w:abstractNum w:abstractNumId="5" w15:restartNumberingAfterBreak="0">
    <w:nsid w:val="FFFFFF89"/>
    <w:multiLevelType w:val="singleLevel"/>
    <w:tmpl w:val="29761A62"/>
    <w:lvl w:ilvl="0">
      <w:start w:val="1"/>
      <w:numFmt w:val="bullet"/>
      <w:pStyle w:val="Zoznamsodrkami"/>
      <w:lvlText w:val=""/>
      <w:lvlJc w:val="left"/>
      <w:pPr>
        <w:tabs>
          <w:tab w:val="num" w:pos="360"/>
        </w:tabs>
        <w:ind w:left="360" w:hanging="360"/>
      </w:pPr>
      <w:rPr>
        <w:rFonts w:ascii="Symbol" w:hAnsi="Symbol" w:hint="default"/>
      </w:rPr>
    </w:lvl>
  </w:abstractNum>
  <w:abstractNum w:abstractNumId="6" w15:restartNumberingAfterBreak="0">
    <w:nsid w:val="09F066CB"/>
    <w:multiLevelType w:val="hybridMultilevel"/>
    <w:tmpl w:val="5ADC1830"/>
    <w:lvl w:ilvl="0" w:tplc="700E5ECA">
      <w:start w:val="1"/>
      <w:numFmt w:val="decimal"/>
      <w:lvlText w:val="(%1)"/>
      <w:lvlJc w:val="left"/>
      <w:pPr>
        <w:ind w:left="360" w:hanging="360"/>
      </w:pPr>
      <w:rPr>
        <w:rFonts w:cs="Times New Roman" w:hint="default"/>
        <w:b w:val="0"/>
        <w:bCs w:val="0"/>
      </w:rPr>
    </w:lvl>
    <w:lvl w:ilvl="1" w:tplc="FFFFFFFF">
      <w:start w:val="1"/>
      <w:numFmt w:val="lowerLetter"/>
      <w:lvlText w:val="%2."/>
      <w:lvlJc w:val="left"/>
      <w:pPr>
        <w:ind w:left="1080" w:hanging="360"/>
      </w:pPr>
      <w:rPr>
        <w:rFonts w:cs="Times New Roman"/>
      </w:rPr>
    </w:lvl>
    <w:lvl w:ilvl="2" w:tplc="FFFFFFFF" w:tentative="1">
      <w:start w:val="1"/>
      <w:numFmt w:val="lowerRoman"/>
      <w:lvlText w:val="%3."/>
      <w:lvlJc w:val="right"/>
      <w:pPr>
        <w:ind w:left="1800" w:hanging="180"/>
      </w:pPr>
      <w:rPr>
        <w:rFonts w:cs="Times New Roman"/>
      </w:rPr>
    </w:lvl>
    <w:lvl w:ilvl="3" w:tplc="FFFFFFFF" w:tentative="1">
      <w:start w:val="1"/>
      <w:numFmt w:val="decimal"/>
      <w:lvlText w:val="%4."/>
      <w:lvlJc w:val="left"/>
      <w:pPr>
        <w:ind w:left="2520" w:hanging="360"/>
      </w:pPr>
      <w:rPr>
        <w:rFonts w:cs="Times New Roman"/>
      </w:rPr>
    </w:lvl>
    <w:lvl w:ilvl="4" w:tplc="FFFFFFFF" w:tentative="1">
      <w:start w:val="1"/>
      <w:numFmt w:val="lowerLetter"/>
      <w:lvlText w:val="%5."/>
      <w:lvlJc w:val="left"/>
      <w:pPr>
        <w:ind w:left="3240" w:hanging="360"/>
      </w:pPr>
      <w:rPr>
        <w:rFonts w:cs="Times New Roman"/>
      </w:rPr>
    </w:lvl>
    <w:lvl w:ilvl="5" w:tplc="FFFFFFFF" w:tentative="1">
      <w:start w:val="1"/>
      <w:numFmt w:val="lowerRoman"/>
      <w:lvlText w:val="%6."/>
      <w:lvlJc w:val="right"/>
      <w:pPr>
        <w:ind w:left="3960" w:hanging="180"/>
      </w:pPr>
      <w:rPr>
        <w:rFonts w:cs="Times New Roman"/>
      </w:rPr>
    </w:lvl>
    <w:lvl w:ilvl="6" w:tplc="FFFFFFFF" w:tentative="1">
      <w:start w:val="1"/>
      <w:numFmt w:val="decimal"/>
      <w:lvlText w:val="%7."/>
      <w:lvlJc w:val="left"/>
      <w:pPr>
        <w:ind w:left="4680" w:hanging="360"/>
      </w:pPr>
      <w:rPr>
        <w:rFonts w:cs="Times New Roman"/>
      </w:rPr>
    </w:lvl>
    <w:lvl w:ilvl="7" w:tplc="FFFFFFFF" w:tentative="1">
      <w:start w:val="1"/>
      <w:numFmt w:val="lowerLetter"/>
      <w:lvlText w:val="%8."/>
      <w:lvlJc w:val="left"/>
      <w:pPr>
        <w:ind w:left="5400" w:hanging="360"/>
      </w:pPr>
      <w:rPr>
        <w:rFonts w:cs="Times New Roman"/>
      </w:rPr>
    </w:lvl>
    <w:lvl w:ilvl="8" w:tplc="FFFFFFFF" w:tentative="1">
      <w:start w:val="1"/>
      <w:numFmt w:val="lowerRoman"/>
      <w:lvlText w:val="%9."/>
      <w:lvlJc w:val="right"/>
      <w:pPr>
        <w:ind w:left="6120" w:hanging="180"/>
      </w:pPr>
      <w:rPr>
        <w:rFonts w:cs="Times New Roman"/>
      </w:rPr>
    </w:lvl>
  </w:abstractNum>
  <w:abstractNum w:abstractNumId="7" w15:restartNumberingAfterBreak="0">
    <w:nsid w:val="0B1F5CC3"/>
    <w:multiLevelType w:val="hybridMultilevel"/>
    <w:tmpl w:val="3D242278"/>
    <w:lvl w:ilvl="0" w:tplc="FFFFFFF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8BC13C5"/>
    <w:multiLevelType w:val="hybridMultilevel"/>
    <w:tmpl w:val="C1C07ECA"/>
    <w:lvl w:ilvl="0" w:tplc="B8FAF922">
      <w:start w:val="1"/>
      <w:numFmt w:val="lowerLetter"/>
      <w:lvlText w:val="%1)"/>
      <w:lvlJc w:val="left"/>
      <w:pPr>
        <w:ind w:left="720" w:hanging="360"/>
      </w:pPr>
      <w:rPr>
        <w:rFonts w:ascii="Arial" w:hAnsi="Arial" w:cs="Palatino Linotype" w:hint="default"/>
        <w:b w:val="0"/>
        <w:bCs w:val="0"/>
        <w:i w:val="0"/>
        <w:iCs w:val="0"/>
        <w:color w:val="auto"/>
        <w:spacing w:val="0"/>
        <w:w w:val="105"/>
        <w:sz w:val="22"/>
        <w:szCs w:val="20"/>
      </w:rPr>
    </w:lvl>
    <w:lvl w:ilvl="1" w:tplc="FFFFFFFF">
      <w:start w:val="1"/>
      <w:numFmt w:val="lowerLetter"/>
      <w:lvlText w:val="%2)"/>
      <w:lvlJc w:val="left"/>
      <w:pPr>
        <w:ind w:left="1440" w:hanging="360"/>
      </w:pPr>
      <w:rPr>
        <w:rFonts w:ascii="Arial" w:hAnsi="Arial" w:cs="Palatino Linotype" w:hint="default"/>
        <w:b w:val="0"/>
        <w:bCs w:val="0"/>
        <w:i w:val="0"/>
        <w:iCs w:val="0"/>
        <w:spacing w:val="0"/>
        <w:w w:val="105"/>
        <w:sz w:val="22"/>
        <w:szCs w:val="20"/>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DC12ED5"/>
    <w:multiLevelType w:val="multilevel"/>
    <w:tmpl w:val="7E74BA50"/>
    <w:lvl w:ilvl="0">
      <w:start w:val="1"/>
      <w:numFmt w:val="lowerLetter"/>
      <w:lvlText w:val="%1)"/>
      <w:lvlJc w:val="left"/>
      <w:pPr>
        <w:ind w:left="720" w:hanging="360"/>
      </w:pPr>
      <w:rPr>
        <w:rFonts w:cs="Times New Roman"/>
        <w:sz w:val="24"/>
        <w:szCs w:val="24"/>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0" w15:restartNumberingAfterBreak="0">
    <w:nsid w:val="20162E94"/>
    <w:multiLevelType w:val="hybridMultilevel"/>
    <w:tmpl w:val="FFFFFFFF"/>
    <w:lvl w:ilvl="0" w:tplc="041B0017">
      <w:start w:val="1"/>
      <w:numFmt w:val="lowerLetter"/>
      <w:lvlText w:val="%1)"/>
      <w:lvlJc w:val="left"/>
      <w:pPr>
        <w:ind w:left="1068" w:hanging="360"/>
      </w:pPr>
      <w:rPr>
        <w:rFonts w:cs="Times New Roman"/>
      </w:rPr>
    </w:lvl>
    <w:lvl w:ilvl="1" w:tplc="041B0019" w:tentative="1">
      <w:start w:val="1"/>
      <w:numFmt w:val="lowerLetter"/>
      <w:lvlText w:val="%2."/>
      <w:lvlJc w:val="left"/>
      <w:pPr>
        <w:ind w:left="1788" w:hanging="360"/>
      </w:pPr>
      <w:rPr>
        <w:rFonts w:cs="Times New Roman"/>
      </w:rPr>
    </w:lvl>
    <w:lvl w:ilvl="2" w:tplc="041B001B" w:tentative="1">
      <w:start w:val="1"/>
      <w:numFmt w:val="lowerRoman"/>
      <w:lvlText w:val="%3."/>
      <w:lvlJc w:val="right"/>
      <w:pPr>
        <w:ind w:left="2508" w:hanging="180"/>
      </w:pPr>
      <w:rPr>
        <w:rFonts w:cs="Times New Roman"/>
      </w:rPr>
    </w:lvl>
    <w:lvl w:ilvl="3" w:tplc="041B000F" w:tentative="1">
      <w:start w:val="1"/>
      <w:numFmt w:val="decimal"/>
      <w:lvlText w:val="%4."/>
      <w:lvlJc w:val="left"/>
      <w:pPr>
        <w:ind w:left="3228" w:hanging="360"/>
      </w:pPr>
      <w:rPr>
        <w:rFonts w:cs="Times New Roman"/>
      </w:rPr>
    </w:lvl>
    <w:lvl w:ilvl="4" w:tplc="041B0019" w:tentative="1">
      <w:start w:val="1"/>
      <w:numFmt w:val="lowerLetter"/>
      <w:lvlText w:val="%5."/>
      <w:lvlJc w:val="left"/>
      <w:pPr>
        <w:ind w:left="3948" w:hanging="360"/>
      </w:pPr>
      <w:rPr>
        <w:rFonts w:cs="Times New Roman"/>
      </w:rPr>
    </w:lvl>
    <w:lvl w:ilvl="5" w:tplc="041B001B" w:tentative="1">
      <w:start w:val="1"/>
      <w:numFmt w:val="lowerRoman"/>
      <w:lvlText w:val="%6."/>
      <w:lvlJc w:val="right"/>
      <w:pPr>
        <w:ind w:left="4668" w:hanging="180"/>
      </w:pPr>
      <w:rPr>
        <w:rFonts w:cs="Times New Roman"/>
      </w:rPr>
    </w:lvl>
    <w:lvl w:ilvl="6" w:tplc="041B000F" w:tentative="1">
      <w:start w:val="1"/>
      <w:numFmt w:val="decimal"/>
      <w:lvlText w:val="%7."/>
      <w:lvlJc w:val="left"/>
      <w:pPr>
        <w:ind w:left="5388" w:hanging="360"/>
      </w:pPr>
      <w:rPr>
        <w:rFonts w:cs="Times New Roman"/>
      </w:rPr>
    </w:lvl>
    <w:lvl w:ilvl="7" w:tplc="041B0019" w:tentative="1">
      <w:start w:val="1"/>
      <w:numFmt w:val="lowerLetter"/>
      <w:lvlText w:val="%8."/>
      <w:lvlJc w:val="left"/>
      <w:pPr>
        <w:ind w:left="6108" w:hanging="360"/>
      </w:pPr>
      <w:rPr>
        <w:rFonts w:cs="Times New Roman"/>
      </w:rPr>
    </w:lvl>
    <w:lvl w:ilvl="8" w:tplc="041B001B" w:tentative="1">
      <w:start w:val="1"/>
      <w:numFmt w:val="lowerRoman"/>
      <w:lvlText w:val="%9."/>
      <w:lvlJc w:val="right"/>
      <w:pPr>
        <w:ind w:left="6828" w:hanging="180"/>
      </w:pPr>
      <w:rPr>
        <w:rFonts w:cs="Times New Roman"/>
      </w:rPr>
    </w:lvl>
  </w:abstractNum>
  <w:abstractNum w:abstractNumId="11" w15:restartNumberingAfterBreak="0">
    <w:nsid w:val="24D41B11"/>
    <w:multiLevelType w:val="hybridMultilevel"/>
    <w:tmpl w:val="20525E9E"/>
    <w:lvl w:ilvl="0" w:tplc="9EDCC692">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9AB4AC5"/>
    <w:multiLevelType w:val="hybridMultilevel"/>
    <w:tmpl w:val="367A758E"/>
    <w:lvl w:ilvl="0" w:tplc="7296790C">
      <w:start w:val="1"/>
      <w:numFmt w:val="decimal"/>
      <w:lvlText w:val="(%1)"/>
      <w:lvlJc w:val="left"/>
      <w:pPr>
        <w:ind w:left="756" w:hanging="396"/>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CA626D6"/>
    <w:multiLevelType w:val="hybridMultilevel"/>
    <w:tmpl w:val="58064ACC"/>
    <w:lvl w:ilvl="0" w:tplc="9EDCC692">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336F5869"/>
    <w:multiLevelType w:val="hybridMultilevel"/>
    <w:tmpl w:val="46B4F1F2"/>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5" w15:restartNumberingAfterBreak="0">
    <w:nsid w:val="3AD2427C"/>
    <w:multiLevelType w:val="hybridMultilevel"/>
    <w:tmpl w:val="FF945EA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17E3248"/>
    <w:multiLevelType w:val="hybridMultilevel"/>
    <w:tmpl w:val="FF7601A4"/>
    <w:lvl w:ilvl="0" w:tplc="34D896C0">
      <w:start w:val="1"/>
      <w:numFmt w:val="decimal"/>
      <w:lvlText w:val="(%1)"/>
      <w:lvlJc w:val="left"/>
      <w:pPr>
        <w:ind w:left="501" w:hanging="360"/>
      </w:pPr>
      <w:rPr>
        <w:rFonts w:cs="Times New Roman" w:hint="default"/>
        <w:strike w:val="0"/>
        <w:color w:val="000000" w:themeColor="text1"/>
      </w:rPr>
    </w:lvl>
    <w:lvl w:ilvl="1" w:tplc="041B0019">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7" w15:restartNumberingAfterBreak="0">
    <w:nsid w:val="48D964D6"/>
    <w:multiLevelType w:val="hybridMultilevel"/>
    <w:tmpl w:val="C562C372"/>
    <w:lvl w:ilvl="0" w:tplc="041B0019">
      <w:start w:val="1"/>
      <w:numFmt w:val="lowerLetter"/>
      <w:lvlText w:val="%1."/>
      <w:lvlJc w:val="left"/>
      <w:pPr>
        <w:ind w:left="756" w:hanging="396"/>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54F74DE3"/>
    <w:multiLevelType w:val="hybridMultilevel"/>
    <w:tmpl w:val="FFFFFFFF"/>
    <w:lvl w:ilvl="0" w:tplc="041B0017">
      <w:start w:val="1"/>
      <w:numFmt w:val="lowerLetter"/>
      <w:lvlText w:val="%1)"/>
      <w:lvlJc w:val="left"/>
      <w:pPr>
        <w:ind w:left="1065" w:hanging="360"/>
      </w:pPr>
      <w:rPr>
        <w:rFonts w:cs="Times New Roman"/>
      </w:rPr>
    </w:lvl>
    <w:lvl w:ilvl="1" w:tplc="FFFFFFFF">
      <w:start w:val="1"/>
      <w:numFmt w:val="lowerLetter"/>
      <w:lvlText w:val="%2."/>
      <w:lvlJc w:val="left"/>
      <w:pPr>
        <w:ind w:left="1785" w:hanging="360"/>
      </w:pPr>
      <w:rPr>
        <w:rFonts w:cs="Times New Roman"/>
      </w:rPr>
    </w:lvl>
    <w:lvl w:ilvl="2" w:tplc="FFFFFFFF" w:tentative="1">
      <w:start w:val="1"/>
      <w:numFmt w:val="lowerRoman"/>
      <w:lvlText w:val="%3."/>
      <w:lvlJc w:val="right"/>
      <w:pPr>
        <w:ind w:left="2505" w:hanging="180"/>
      </w:pPr>
      <w:rPr>
        <w:rFonts w:cs="Times New Roman"/>
      </w:rPr>
    </w:lvl>
    <w:lvl w:ilvl="3" w:tplc="FFFFFFFF" w:tentative="1">
      <w:start w:val="1"/>
      <w:numFmt w:val="decimal"/>
      <w:lvlText w:val="%4."/>
      <w:lvlJc w:val="left"/>
      <w:pPr>
        <w:ind w:left="3225" w:hanging="360"/>
      </w:pPr>
      <w:rPr>
        <w:rFonts w:cs="Times New Roman"/>
      </w:rPr>
    </w:lvl>
    <w:lvl w:ilvl="4" w:tplc="FFFFFFFF" w:tentative="1">
      <w:start w:val="1"/>
      <w:numFmt w:val="lowerLetter"/>
      <w:lvlText w:val="%5."/>
      <w:lvlJc w:val="left"/>
      <w:pPr>
        <w:ind w:left="3945" w:hanging="360"/>
      </w:pPr>
      <w:rPr>
        <w:rFonts w:cs="Times New Roman"/>
      </w:rPr>
    </w:lvl>
    <w:lvl w:ilvl="5" w:tplc="FFFFFFFF" w:tentative="1">
      <w:start w:val="1"/>
      <w:numFmt w:val="lowerRoman"/>
      <w:lvlText w:val="%6."/>
      <w:lvlJc w:val="right"/>
      <w:pPr>
        <w:ind w:left="4665" w:hanging="180"/>
      </w:pPr>
      <w:rPr>
        <w:rFonts w:cs="Times New Roman"/>
      </w:rPr>
    </w:lvl>
    <w:lvl w:ilvl="6" w:tplc="FFFFFFFF" w:tentative="1">
      <w:start w:val="1"/>
      <w:numFmt w:val="decimal"/>
      <w:lvlText w:val="%7."/>
      <w:lvlJc w:val="left"/>
      <w:pPr>
        <w:ind w:left="5385" w:hanging="360"/>
      </w:pPr>
      <w:rPr>
        <w:rFonts w:cs="Times New Roman"/>
      </w:rPr>
    </w:lvl>
    <w:lvl w:ilvl="7" w:tplc="FFFFFFFF" w:tentative="1">
      <w:start w:val="1"/>
      <w:numFmt w:val="lowerLetter"/>
      <w:lvlText w:val="%8."/>
      <w:lvlJc w:val="left"/>
      <w:pPr>
        <w:ind w:left="6105" w:hanging="360"/>
      </w:pPr>
      <w:rPr>
        <w:rFonts w:cs="Times New Roman"/>
      </w:rPr>
    </w:lvl>
    <w:lvl w:ilvl="8" w:tplc="FFFFFFFF" w:tentative="1">
      <w:start w:val="1"/>
      <w:numFmt w:val="lowerRoman"/>
      <w:lvlText w:val="%9."/>
      <w:lvlJc w:val="right"/>
      <w:pPr>
        <w:ind w:left="6825" w:hanging="180"/>
      </w:pPr>
      <w:rPr>
        <w:rFonts w:cs="Times New Roman"/>
      </w:rPr>
    </w:lvl>
  </w:abstractNum>
  <w:abstractNum w:abstractNumId="19" w15:restartNumberingAfterBreak="0">
    <w:nsid w:val="5CBE37F6"/>
    <w:multiLevelType w:val="hybridMultilevel"/>
    <w:tmpl w:val="2668E3F6"/>
    <w:lvl w:ilvl="0" w:tplc="FFFFFFF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62B040D9"/>
    <w:multiLevelType w:val="hybridMultilevel"/>
    <w:tmpl w:val="FFFFFFFF"/>
    <w:lvl w:ilvl="0" w:tplc="969EADF0">
      <w:start w:val="1"/>
      <w:numFmt w:val="decimal"/>
      <w:lvlText w:val="(%1)"/>
      <w:lvlJc w:val="left"/>
      <w:pPr>
        <w:ind w:left="945" w:hanging="360"/>
      </w:pPr>
      <w:rPr>
        <w:rFonts w:cs="Times New Roman" w:hint="default"/>
      </w:rPr>
    </w:lvl>
    <w:lvl w:ilvl="1" w:tplc="FFFFFFFF" w:tentative="1">
      <w:start w:val="1"/>
      <w:numFmt w:val="lowerLetter"/>
      <w:lvlText w:val="%2."/>
      <w:lvlJc w:val="left"/>
      <w:pPr>
        <w:ind w:left="1665" w:hanging="360"/>
      </w:pPr>
      <w:rPr>
        <w:rFonts w:cs="Times New Roman"/>
      </w:rPr>
    </w:lvl>
    <w:lvl w:ilvl="2" w:tplc="FFFFFFFF" w:tentative="1">
      <w:start w:val="1"/>
      <w:numFmt w:val="lowerRoman"/>
      <w:lvlText w:val="%3."/>
      <w:lvlJc w:val="right"/>
      <w:pPr>
        <w:ind w:left="2385" w:hanging="180"/>
      </w:pPr>
      <w:rPr>
        <w:rFonts w:cs="Times New Roman"/>
      </w:rPr>
    </w:lvl>
    <w:lvl w:ilvl="3" w:tplc="FFFFFFFF" w:tentative="1">
      <w:start w:val="1"/>
      <w:numFmt w:val="decimal"/>
      <w:lvlText w:val="%4."/>
      <w:lvlJc w:val="left"/>
      <w:pPr>
        <w:ind w:left="3105" w:hanging="360"/>
      </w:pPr>
      <w:rPr>
        <w:rFonts w:cs="Times New Roman"/>
      </w:rPr>
    </w:lvl>
    <w:lvl w:ilvl="4" w:tplc="FFFFFFFF" w:tentative="1">
      <w:start w:val="1"/>
      <w:numFmt w:val="lowerLetter"/>
      <w:lvlText w:val="%5."/>
      <w:lvlJc w:val="left"/>
      <w:pPr>
        <w:ind w:left="3825" w:hanging="360"/>
      </w:pPr>
      <w:rPr>
        <w:rFonts w:cs="Times New Roman"/>
      </w:rPr>
    </w:lvl>
    <w:lvl w:ilvl="5" w:tplc="FFFFFFFF" w:tentative="1">
      <w:start w:val="1"/>
      <w:numFmt w:val="lowerRoman"/>
      <w:lvlText w:val="%6."/>
      <w:lvlJc w:val="right"/>
      <w:pPr>
        <w:ind w:left="4545" w:hanging="180"/>
      </w:pPr>
      <w:rPr>
        <w:rFonts w:cs="Times New Roman"/>
      </w:rPr>
    </w:lvl>
    <w:lvl w:ilvl="6" w:tplc="FFFFFFFF" w:tentative="1">
      <w:start w:val="1"/>
      <w:numFmt w:val="decimal"/>
      <w:lvlText w:val="%7."/>
      <w:lvlJc w:val="left"/>
      <w:pPr>
        <w:ind w:left="5265" w:hanging="360"/>
      </w:pPr>
      <w:rPr>
        <w:rFonts w:cs="Times New Roman"/>
      </w:rPr>
    </w:lvl>
    <w:lvl w:ilvl="7" w:tplc="FFFFFFFF" w:tentative="1">
      <w:start w:val="1"/>
      <w:numFmt w:val="lowerLetter"/>
      <w:lvlText w:val="%8."/>
      <w:lvlJc w:val="left"/>
      <w:pPr>
        <w:ind w:left="5985" w:hanging="360"/>
      </w:pPr>
      <w:rPr>
        <w:rFonts w:cs="Times New Roman"/>
      </w:rPr>
    </w:lvl>
    <w:lvl w:ilvl="8" w:tplc="FFFFFFFF" w:tentative="1">
      <w:start w:val="1"/>
      <w:numFmt w:val="lowerRoman"/>
      <w:lvlText w:val="%9."/>
      <w:lvlJc w:val="right"/>
      <w:pPr>
        <w:ind w:left="6705" w:hanging="180"/>
      </w:pPr>
      <w:rPr>
        <w:rFonts w:cs="Times New Roman"/>
      </w:rPr>
    </w:lvl>
  </w:abstractNum>
  <w:abstractNum w:abstractNumId="21" w15:restartNumberingAfterBreak="0">
    <w:nsid w:val="62C27FCF"/>
    <w:multiLevelType w:val="hybridMultilevel"/>
    <w:tmpl w:val="FFFFFFFF"/>
    <w:lvl w:ilvl="0" w:tplc="FFFFFFFF">
      <w:start w:val="1"/>
      <w:numFmt w:val="decimal"/>
      <w:lvlText w:val="(%1)"/>
      <w:lvlJc w:val="left"/>
      <w:pPr>
        <w:ind w:left="360" w:hanging="360"/>
      </w:pPr>
      <w:rPr>
        <w:rFonts w:cs="Times New Roman" w:hint="default"/>
      </w:rPr>
    </w:lvl>
    <w:lvl w:ilvl="1" w:tplc="FFFFFFFF">
      <w:start w:val="1"/>
      <w:numFmt w:val="lowerLetter"/>
      <w:lvlText w:val="%2."/>
      <w:lvlJc w:val="left"/>
      <w:pPr>
        <w:ind w:left="1080" w:hanging="360"/>
      </w:pPr>
      <w:rPr>
        <w:rFonts w:cs="Times New Roman"/>
      </w:rPr>
    </w:lvl>
    <w:lvl w:ilvl="2" w:tplc="FFFFFFFF" w:tentative="1">
      <w:start w:val="1"/>
      <w:numFmt w:val="lowerRoman"/>
      <w:lvlText w:val="%3."/>
      <w:lvlJc w:val="right"/>
      <w:pPr>
        <w:ind w:left="1800" w:hanging="180"/>
      </w:pPr>
      <w:rPr>
        <w:rFonts w:cs="Times New Roman"/>
      </w:rPr>
    </w:lvl>
    <w:lvl w:ilvl="3" w:tplc="FFFFFFFF" w:tentative="1">
      <w:start w:val="1"/>
      <w:numFmt w:val="decimal"/>
      <w:lvlText w:val="%4."/>
      <w:lvlJc w:val="left"/>
      <w:pPr>
        <w:ind w:left="2520" w:hanging="360"/>
      </w:pPr>
      <w:rPr>
        <w:rFonts w:cs="Times New Roman"/>
      </w:rPr>
    </w:lvl>
    <w:lvl w:ilvl="4" w:tplc="FFFFFFFF" w:tentative="1">
      <w:start w:val="1"/>
      <w:numFmt w:val="lowerLetter"/>
      <w:lvlText w:val="%5."/>
      <w:lvlJc w:val="left"/>
      <w:pPr>
        <w:ind w:left="3240" w:hanging="360"/>
      </w:pPr>
      <w:rPr>
        <w:rFonts w:cs="Times New Roman"/>
      </w:rPr>
    </w:lvl>
    <w:lvl w:ilvl="5" w:tplc="FFFFFFFF" w:tentative="1">
      <w:start w:val="1"/>
      <w:numFmt w:val="lowerRoman"/>
      <w:lvlText w:val="%6."/>
      <w:lvlJc w:val="right"/>
      <w:pPr>
        <w:ind w:left="3960" w:hanging="180"/>
      </w:pPr>
      <w:rPr>
        <w:rFonts w:cs="Times New Roman"/>
      </w:rPr>
    </w:lvl>
    <w:lvl w:ilvl="6" w:tplc="FFFFFFFF" w:tentative="1">
      <w:start w:val="1"/>
      <w:numFmt w:val="decimal"/>
      <w:lvlText w:val="%7."/>
      <w:lvlJc w:val="left"/>
      <w:pPr>
        <w:ind w:left="4680" w:hanging="360"/>
      </w:pPr>
      <w:rPr>
        <w:rFonts w:cs="Times New Roman"/>
      </w:rPr>
    </w:lvl>
    <w:lvl w:ilvl="7" w:tplc="FFFFFFFF" w:tentative="1">
      <w:start w:val="1"/>
      <w:numFmt w:val="lowerLetter"/>
      <w:lvlText w:val="%8."/>
      <w:lvlJc w:val="left"/>
      <w:pPr>
        <w:ind w:left="5400" w:hanging="360"/>
      </w:pPr>
      <w:rPr>
        <w:rFonts w:cs="Times New Roman"/>
      </w:rPr>
    </w:lvl>
    <w:lvl w:ilvl="8" w:tplc="FFFFFFFF" w:tentative="1">
      <w:start w:val="1"/>
      <w:numFmt w:val="lowerRoman"/>
      <w:lvlText w:val="%9."/>
      <w:lvlJc w:val="right"/>
      <w:pPr>
        <w:ind w:left="6120" w:hanging="180"/>
      </w:pPr>
      <w:rPr>
        <w:rFonts w:cs="Times New Roman"/>
      </w:rPr>
    </w:lvl>
  </w:abstractNum>
  <w:abstractNum w:abstractNumId="22" w15:restartNumberingAfterBreak="0">
    <w:nsid w:val="63BA29D8"/>
    <w:multiLevelType w:val="hybridMultilevel"/>
    <w:tmpl w:val="9E92D98A"/>
    <w:lvl w:ilvl="0" w:tplc="27D43622">
      <w:start w:val="1"/>
      <w:numFmt w:val="decimal"/>
      <w:lvlText w:val="(%1)"/>
      <w:lvlJc w:val="left"/>
      <w:pPr>
        <w:ind w:left="360" w:hanging="360"/>
      </w:pPr>
      <w:rPr>
        <w:rFonts w:cs="Times New Roman" w:hint="default"/>
        <w:color w:val="auto"/>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3" w15:restartNumberingAfterBreak="0">
    <w:nsid w:val="65B63889"/>
    <w:multiLevelType w:val="hybridMultilevel"/>
    <w:tmpl w:val="906C189E"/>
    <w:lvl w:ilvl="0" w:tplc="9EDCC692">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70D604E9"/>
    <w:multiLevelType w:val="hybridMultilevel"/>
    <w:tmpl w:val="29F6391E"/>
    <w:lvl w:ilvl="0" w:tplc="FFFFFFF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77FE0CA9"/>
    <w:multiLevelType w:val="hybridMultilevel"/>
    <w:tmpl w:val="E73C94F2"/>
    <w:lvl w:ilvl="0" w:tplc="3A206A18">
      <w:start w:val="1"/>
      <w:numFmt w:val="decimal"/>
      <w:lvlText w:val="(%1)"/>
      <w:lvlJc w:val="left"/>
      <w:pPr>
        <w:ind w:left="360" w:hanging="360"/>
      </w:pPr>
      <w:rPr>
        <w:rFonts w:cs="Times New Roman" w:hint="default"/>
        <w:color w:val="auto"/>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79FF064C"/>
    <w:multiLevelType w:val="hybridMultilevel"/>
    <w:tmpl w:val="F5626264"/>
    <w:lvl w:ilvl="0" w:tplc="FFFFFFF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5"/>
  </w:num>
  <w:num w:numId="2">
    <w:abstractNumId w:val="3"/>
  </w:num>
  <w:num w:numId="3">
    <w:abstractNumId w:val="2"/>
  </w:num>
  <w:num w:numId="4">
    <w:abstractNumId w:val="4"/>
  </w:num>
  <w:num w:numId="5">
    <w:abstractNumId w:val="1"/>
  </w:num>
  <w:num w:numId="6">
    <w:abstractNumId w:val="0"/>
  </w:num>
  <w:num w:numId="7">
    <w:abstractNumId w:val="13"/>
  </w:num>
  <w:num w:numId="8">
    <w:abstractNumId w:val="23"/>
  </w:num>
  <w:num w:numId="9">
    <w:abstractNumId w:val="14"/>
  </w:num>
  <w:num w:numId="10">
    <w:abstractNumId w:val="25"/>
  </w:num>
  <w:num w:numId="11">
    <w:abstractNumId w:val="8"/>
  </w:num>
  <w:num w:numId="12">
    <w:abstractNumId w:val="16"/>
  </w:num>
  <w:num w:numId="13">
    <w:abstractNumId w:val="10"/>
  </w:num>
  <w:num w:numId="14">
    <w:abstractNumId w:val="21"/>
  </w:num>
  <w:num w:numId="15">
    <w:abstractNumId w:val="9"/>
  </w:num>
  <w:num w:numId="16">
    <w:abstractNumId w:val="18"/>
  </w:num>
  <w:num w:numId="17">
    <w:abstractNumId w:val="24"/>
  </w:num>
  <w:num w:numId="18">
    <w:abstractNumId w:val="7"/>
  </w:num>
  <w:num w:numId="19">
    <w:abstractNumId w:val="6"/>
  </w:num>
  <w:num w:numId="20">
    <w:abstractNumId w:val="20"/>
  </w:num>
  <w:num w:numId="21">
    <w:abstractNumId w:val="26"/>
  </w:num>
  <w:num w:numId="22">
    <w:abstractNumId w:val="19"/>
  </w:num>
  <w:num w:numId="23">
    <w:abstractNumId w:val="22"/>
  </w:num>
  <w:num w:numId="24">
    <w:abstractNumId w:val="12"/>
  </w:num>
  <w:num w:numId="25">
    <w:abstractNumId w:val="17"/>
  </w:num>
  <w:num w:numId="26">
    <w:abstractNumId w:val="11"/>
  </w:num>
  <w:num w:numId="27">
    <w:abstractNumId w:val="15"/>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62365"/>
    <w:rsid w:val="00086749"/>
    <w:rsid w:val="000A3CA3"/>
    <w:rsid w:val="00117DF0"/>
    <w:rsid w:val="00141849"/>
    <w:rsid w:val="00142871"/>
    <w:rsid w:val="0015074B"/>
    <w:rsid w:val="00190585"/>
    <w:rsid w:val="002418EB"/>
    <w:rsid w:val="00293E07"/>
    <w:rsid w:val="0029639D"/>
    <w:rsid w:val="002D2F8D"/>
    <w:rsid w:val="00313D95"/>
    <w:rsid w:val="00326F90"/>
    <w:rsid w:val="0036214E"/>
    <w:rsid w:val="00371097"/>
    <w:rsid w:val="003A60C9"/>
    <w:rsid w:val="003D741E"/>
    <w:rsid w:val="004D1D31"/>
    <w:rsid w:val="004D6058"/>
    <w:rsid w:val="00510B4B"/>
    <w:rsid w:val="005836A3"/>
    <w:rsid w:val="005B0064"/>
    <w:rsid w:val="00711BC0"/>
    <w:rsid w:val="0077303B"/>
    <w:rsid w:val="00787AB1"/>
    <w:rsid w:val="007A67C2"/>
    <w:rsid w:val="007C66CB"/>
    <w:rsid w:val="008926B3"/>
    <w:rsid w:val="008F4ACC"/>
    <w:rsid w:val="00975DB3"/>
    <w:rsid w:val="009A7155"/>
    <w:rsid w:val="009C70D5"/>
    <w:rsid w:val="009D3BB7"/>
    <w:rsid w:val="009E5594"/>
    <w:rsid w:val="00A10FD2"/>
    <w:rsid w:val="00A40D89"/>
    <w:rsid w:val="00AA1D8D"/>
    <w:rsid w:val="00AD05E8"/>
    <w:rsid w:val="00AE1E22"/>
    <w:rsid w:val="00AE6628"/>
    <w:rsid w:val="00AF20EE"/>
    <w:rsid w:val="00B00F6C"/>
    <w:rsid w:val="00B47730"/>
    <w:rsid w:val="00BA4EBB"/>
    <w:rsid w:val="00CB0664"/>
    <w:rsid w:val="00CE4F02"/>
    <w:rsid w:val="00D11476"/>
    <w:rsid w:val="00D30876"/>
    <w:rsid w:val="00DD772D"/>
    <w:rsid w:val="00DE713A"/>
    <w:rsid w:val="00E277FF"/>
    <w:rsid w:val="00E30B94"/>
    <w:rsid w:val="00E557AB"/>
    <w:rsid w:val="00E55D5B"/>
    <w:rsid w:val="00E57574"/>
    <w:rsid w:val="00E83A96"/>
    <w:rsid w:val="00F83896"/>
    <w:rsid w:val="00FA11FC"/>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A7A5AD0"/>
  <w14:defaultImageDpi w14:val="300"/>
  <w15:docId w15:val="{80BD5390-5128-4C42-B4EB-695E791622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C693F"/>
    <w:rPr>
      <w:lang w:val="sk-SK"/>
    </w:rPr>
  </w:style>
  <w:style w:type="paragraph" w:styleId="Nadpis1">
    <w:name w:val="heading 1"/>
    <w:basedOn w:val="Normlny"/>
    <w:next w:val="Normlny"/>
    <w:link w:val="Nadpis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y"/>
    <w:next w:val="Normlny"/>
    <w:link w:val="Nadpis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y"/>
    <w:next w:val="Normlny"/>
    <w:link w:val="Nadpis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Nadpis4">
    <w:name w:val="heading 4"/>
    <w:basedOn w:val="Normlny"/>
    <w:next w:val="Normlny"/>
    <w:link w:val="Nadpis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Nadpis5">
    <w:name w:val="heading 5"/>
    <w:basedOn w:val="Normlny"/>
    <w:next w:val="Normlny"/>
    <w:link w:val="Nadpis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Nadpis6">
    <w:name w:val="heading 6"/>
    <w:basedOn w:val="Normlny"/>
    <w:next w:val="Normlny"/>
    <w:link w:val="Nadpis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Nadpis7">
    <w:name w:val="heading 7"/>
    <w:basedOn w:val="Normlny"/>
    <w:next w:val="Normlny"/>
    <w:link w:val="Nadpis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Nadpis8">
    <w:name w:val="heading 8"/>
    <w:basedOn w:val="Normlny"/>
    <w:next w:val="Normlny"/>
    <w:link w:val="Nadpis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Nadpis9">
    <w:name w:val="heading 9"/>
    <w:basedOn w:val="Normlny"/>
    <w:next w:val="Normlny"/>
    <w:link w:val="Nadpis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618BF"/>
    <w:pPr>
      <w:tabs>
        <w:tab w:val="center" w:pos="4680"/>
        <w:tab w:val="right" w:pos="9360"/>
      </w:tabs>
      <w:spacing w:after="0" w:line="240" w:lineRule="auto"/>
    </w:pPr>
  </w:style>
  <w:style w:type="character" w:customStyle="1" w:styleId="HlavikaChar">
    <w:name w:val="Hlavička Char"/>
    <w:basedOn w:val="Predvolenpsmoodseku"/>
    <w:link w:val="Hlavika"/>
    <w:uiPriority w:val="99"/>
    <w:rsid w:val="00E618BF"/>
  </w:style>
  <w:style w:type="paragraph" w:styleId="Pta">
    <w:name w:val="footer"/>
    <w:basedOn w:val="Normlny"/>
    <w:link w:val="PtaChar"/>
    <w:uiPriority w:val="99"/>
    <w:unhideWhenUsed/>
    <w:rsid w:val="00E618BF"/>
    <w:pPr>
      <w:tabs>
        <w:tab w:val="center" w:pos="4680"/>
        <w:tab w:val="right" w:pos="9360"/>
      </w:tabs>
      <w:spacing w:after="0" w:line="240" w:lineRule="auto"/>
    </w:pPr>
  </w:style>
  <w:style w:type="character" w:customStyle="1" w:styleId="PtaChar">
    <w:name w:val="Päta Char"/>
    <w:basedOn w:val="Predvolenpsmoodseku"/>
    <w:link w:val="Pta"/>
    <w:uiPriority w:val="99"/>
    <w:rsid w:val="00E618BF"/>
  </w:style>
  <w:style w:type="paragraph" w:styleId="Bezriadkovania">
    <w:name w:val="No Spacing"/>
    <w:uiPriority w:val="1"/>
    <w:qFormat/>
    <w:rsid w:val="00FC693F"/>
    <w:pPr>
      <w:spacing w:after="0" w:line="240" w:lineRule="auto"/>
    </w:pPr>
  </w:style>
  <w:style w:type="character" w:customStyle="1" w:styleId="Nadpis1Char">
    <w:name w:val="Nadpis 1 Char"/>
    <w:basedOn w:val="Predvolenpsmoodseku"/>
    <w:link w:val="Nadpis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Nadpis2Char">
    <w:name w:val="Nadpis 2 Char"/>
    <w:basedOn w:val="Predvolenpsmoodseku"/>
    <w:link w:val="Nadpis2"/>
    <w:uiPriority w:val="9"/>
    <w:rsid w:val="00FC693F"/>
    <w:rPr>
      <w:rFonts w:asciiTheme="majorHAnsi" w:eastAsiaTheme="majorEastAsia" w:hAnsiTheme="majorHAnsi" w:cstheme="majorBidi"/>
      <w:b/>
      <w:bCs/>
      <w:color w:val="4F81BD" w:themeColor="accent1"/>
      <w:sz w:val="26"/>
      <w:szCs w:val="26"/>
    </w:rPr>
  </w:style>
  <w:style w:type="character" w:customStyle="1" w:styleId="Nadpis3Char">
    <w:name w:val="Nadpis 3 Char"/>
    <w:basedOn w:val="Predvolenpsmoodseku"/>
    <w:link w:val="Nadpis3"/>
    <w:uiPriority w:val="9"/>
    <w:rsid w:val="00FC693F"/>
    <w:rPr>
      <w:rFonts w:asciiTheme="majorHAnsi" w:eastAsiaTheme="majorEastAsia" w:hAnsiTheme="majorHAnsi" w:cstheme="majorBidi"/>
      <w:b/>
      <w:bCs/>
      <w:color w:val="4F81BD" w:themeColor="accent1"/>
    </w:rPr>
  </w:style>
  <w:style w:type="paragraph" w:styleId="Nzov">
    <w:name w:val="Title"/>
    <w:basedOn w:val="Normlny"/>
    <w:next w:val="Normlny"/>
    <w:link w:val="Nzov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NzovChar">
    <w:name w:val="Názov Char"/>
    <w:basedOn w:val="Predvolenpsmoodseku"/>
    <w:link w:val="Nzov"/>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Podtitul">
    <w:name w:val="Subtitle"/>
    <w:basedOn w:val="Normlny"/>
    <w:next w:val="Normlny"/>
    <w:link w:val="Podtitul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titulChar">
    <w:name w:val="Podtitul Char"/>
    <w:basedOn w:val="Predvolenpsmoodseku"/>
    <w:link w:val="Podtitul"/>
    <w:uiPriority w:val="11"/>
    <w:rsid w:val="00FC693F"/>
    <w:rPr>
      <w:rFonts w:asciiTheme="majorHAnsi" w:eastAsiaTheme="majorEastAsia" w:hAnsiTheme="majorHAnsi" w:cstheme="majorBidi"/>
      <w:i/>
      <w:iCs/>
      <w:color w:val="4F81BD" w:themeColor="accent1"/>
      <w:spacing w:val="15"/>
      <w:sz w:val="24"/>
      <w:szCs w:val="24"/>
    </w:rPr>
  </w:style>
  <w:style w:type="paragraph" w:styleId="Odsekzoznamu">
    <w:name w:val="List Paragraph"/>
    <w:basedOn w:val="Normlny"/>
    <w:uiPriority w:val="34"/>
    <w:qFormat/>
    <w:rsid w:val="00FC693F"/>
    <w:pPr>
      <w:ind w:left="720"/>
      <w:contextualSpacing/>
    </w:pPr>
  </w:style>
  <w:style w:type="paragraph" w:styleId="Zkladntext">
    <w:name w:val="Body Text"/>
    <w:basedOn w:val="Normlny"/>
    <w:link w:val="ZkladntextChar"/>
    <w:uiPriority w:val="99"/>
    <w:unhideWhenUsed/>
    <w:rsid w:val="00AA1D8D"/>
    <w:pPr>
      <w:spacing w:after="120"/>
    </w:pPr>
  </w:style>
  <w:style w:type="character" w:customStyle="1" w:styleId="ZkladntextChar">
    <w:name w:val="Základný text Char"/>
    <w:basedOn w:val="Predvolenpsmoodseku"/>
    <w:link w:val="Zkladntext"/>
    <w:uiPriority w:val="99"/>
    <w:rsid w:val="00AA1D8D"/>
  </w:style>
  <w:style w:type="paragraph" w:styleId="Zkladntext2">
    <w:name w:val="Body Text 2"/>
    <w:basedOn w:val="Normlny"/>
    <w:link w:val="Zkladntext2Char"/>
    <w:uiPriority w:val="99"/>
    <w:unhideWhenUsed/>
    <w:rsid w:val="00AA1D8D"/>
    <w:pPr>
      <w:spacing w:after="120" w:line="480" w:lineRule="auto"/>
    </w:pPr>
  </w:style>
  <w:style w:type="character" w:customStyle="1" w:styleId="Zkladntext2Char">
    <w:name w:val="Základný text 2 Char"/>
    <w:basedOn w:val="Predvolenpsmoodseku"/>
    <w:link w:val="Zkladntext2"/>
    <w:uiPriority w:val="99"/>
    <w:rsid w:val="00AA1D8D"/>
  </w:style>
  <w:style w:type="paragraph" w:styleId="Zkladntext3">
    <w:name w:val="Body Text 3"/>
    <w:basedOn w:val="Normlny"/>
    <w:link w:val="Zkladntext3Char"/>
    <w:uiPriority w:val="99"/>
    <w:unhideWhenUsed/>
    <w:rsid w:val="00AA1D8D"/>
    <w:pPr>
      <w:spacing w:after="120"/>
    </w:pPr>
    <w:rPr>
      <w:sz w:val="16"/>
      <w:szCs w:val="16"/>
    </w:rPr>
  </w:style>
  <w:style w:type="character" w:customStyle="1" w:styleId="Zkladntext3Char">
    <w:name w:val="Základný text 3 Char"/>
    <w:basedOn w:val="Predvolenpsmoodseku"/>
    <w:link w:val="Zkladntext3"/>
    <w:uiPriority w:val="99"/>
    <w:rsid w:val="00AA1D8D"/>
    <w:rPr>
      <w:sz w:val="16"/>
      <w:szCs w:val="16"/>
    </w:rPr>
  </w:style>
  <w:style w:type="paragraph" w:styleId="Zoznam">
    <w:name w:val="List"/>
    <w:basedOn w:val="Normlny"/>
    <w:uiPriority w:val="99"/>
    <w:unhideWhenUsed/>
    <w:rsid w:val="00AA1D8D"/>
    <w:pPr>
      <w:ind w:left="360" w:hanging="360"/>
      <w:contextualSpacing/>
    </w:pPr>
  </w:style>
  <w:style w:type="paragraph" w:styleId="Zoznam2">
    <w:name w:val="List 2"/>
    <w:basedOn w:val="Normlny"/>
    <w:uiPriority w:val="99"/>
    <w:unhideWhenUsed/>
    <w:rsid w:val="00326F90"/>
    <w:pPr>
      <w:ind w:left="720" w:hanging="360"/>
      <w:contextualSpacing/>
    </w:pPr>
  </w:style>
  <w:style w:type="paragraph" w:styleId="Zoznam3">
    <w:name w:val="List 3"/>
    <w:basedOn w:val="Normlny"/>
    <w:uiPriority w:val="99"/>
    <w:unhideWhenUsed/>
    <w:rsid w:val="00326F90"/>
    <w:pPr>
      <w:ind w:left="1080" w:hanging="360"/>
      <w:contextualSpacing/>
    </w:pPr>
  </w:style>
  <w:style w:type="paragraph" w:styleId="Zoznamsodrkami">
    <w:name w:val="List Bullet"/>
    <w:basedOn w:val="Normlny"/>
    <w:uiPriority w:val="99"/>
    <w:unhideWhenUsed/>
    <w:rsid w:val="00326F90"/>
    <w:pPr>
      <w:numPr>
        <w:numId w:val="1"/>
      </w:numPr>
      <w:contextualSpacing/>
    </w:pPr>
  </w:style>
  <w:style w:type="paragraph" w:styleId="Zoznamsodrkami2">
    <w:name w:val="List Bullet 2"/>
    <w:basedOn w:val="Normlny"/>
    <w:uiPriority w:val="99"/>
    <w:unhideWhenUsed/>
    <w:rsid w:val="00326F90"/>
    <w:pPr>
      <w:numPr>
        <w:numId w:val="2"/>
      </w:numPr>
      <w:contextualSpacing/>
    </w:pPr>
  </w:style>
  <w:style w:type="paragraph" w:styleId="Zoznamsodrkami3">
    <w:name w:val="List Bullet 3"/>
    <w:basedOn w:val="Normlny"/>
    <w:uiPriority w:val="99"/>
    <w:unhideWhenUsed/>
    <w:rsid w:val="00326F90"/>
    <w:pPr>
      <w:numPr>
        <w:numId w:val="3"/>
      </w:numPr>
      <w:contextualSpacing/>
    </w:pPr>
  </w:style>
  <w:style w:type="paragraph" w:styleId="slovanzoznam">
    <w:name w:val="List Number"/>
    <w:basedOn w:val="Normlny"/>
    <w:uiPriority w:val="99"/>
    <w:unhideWhenUsed/>
    <w:rsid w:val="00326F90"/>
    <w:pPr>
      <w:numPr>
        <w:numId w:val="4"/>
      </w:numPr>
      <w:contextualSpacing/>
    </w:pPr>
  </w:style>
  <w:style w:type="paragraph" w:styleId="slovanzoznam2">
    <w:name w:val="List Number 2"/>
    <w:basedOn w:val="Normlny"/>
    <w:uiPriority w:val="99"/>
    <w:unhideWhenUsed/>
    <w:rsid w:val="0029639D"/>
    <w:pPr>
      <w:numPr>
        <w:numId w:val="5"/>
      </w:numPr>
      <w:contextualSpacing/>
    </w:pPr>
  </w:style>
  <w:style w:type="paragraph" w:styleId="slovanzoznam3">
    <w:name w:val="List Number 3"/>
    <w:basedOn w:val="Normlny"/>
    <w:uiPriority w:val="99"/>
    <w:unhideWhenUsed/>
    <w:rsid w:val="0029639D"/>
    <w:pPr>
      <w:numPr>
        <w:numId w:val="6"/>
      </w:numPr>
      <w:contextualSpacing/>
    </w:pPr>
  </w:style>
  <w:style w:type="paragraph" w:styleId="Pokraovaniezoznamu">
    <w:name w:val="List Continue"/>
    <w:basedOn w:val="Normlny"/>
    <w:uiPriority w:val="99"/>
    <w:unhideWhenUsed/>
    <w:rsid w:val="0029639D"/>
    <w:pPr>
      <w:spacing w:after="120"/>
      <w:ind w:left="360"/>
      <w:contextualSpacing/>
    </w:pPr>
  </w:style>
  <w:style w:type="paragraph" w:styleId="Pokraovaniezoznamu2">
    <w:name w:val="List Continue 2"/>
    <w:basedOn w:val="Normlny"/>
    <w:uiPriority w:val="99"/>
    <w:unhideWhenUsed/>
    <w:rsid w:val="0029639D"/>
    <w:pPr>
      <w:spacing w:after="120"/>
      <w:ind w:left="720"/>
      <w:contextualSpacing/>
    </w:pPr>
  </w:style>
  <w:style w:type="paragraph" w:styleId="Pokraovaniezoznamu3">
    <w:name w:val="List Continue 3"/>
    <w:basedOn w:val="Normlny"/>
    <w:uiPriority w:val="99"/>
    <w:unhideWhenUsed/>
    <w:rsid w:val="0029639D"/>
    <w:pPr>
      <w:spacing w:after="120"/>
      <w:ind w:left="1080"/>
      <w:contextualSpacing/>
    </w:pPr>
  </w:style>
  <w:style w:type="paragraph" w:styleId="Textmakra">
    <w:name w:val="macro"/>
    <w:link w:val="Textmakra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makraChar">
    <w:name w:val="Text makra Char"/>
    <w:basedOn w:val="Predvolenpsmoodseku"/>
    <w:link w:val="Textmakra"/>
    <w:uiPriority w:val="99"/>
    <w:rsid w:val="0029639D"/>
    <w:rPr>
      <w:rFonts w:ascii="Courier" w:hAnsi="Courier"/>
      <w:sz w:val="20"/>
      <w:szCs w:val="20"/>
    </w:rPr>
  </w:style>
  <w:style w:type="paragraph" w:styleId="Citcia">
    <w:name w:val="Quote"/>
    <w:basedOn w:val="Normlny"/>
    <w:next w:val="Normlny"/>
    <w:link w:val="CitciaChar"/>
    <w:uiPriority w:val="29"/>
    <w:qFormat/>
    <w:rsid w:val="00FC693F"/>
    <w:rPr>
      <w:i/>
      <w:iCs/>
      <w:color w:val="000000" w:themeColor="text1"/>
    </w:rPr>
  </w:style>
  <w:style w:type="character" w:customStyle="1" w:styleId="CitciaChar">
    <w:name w:val="Citácia Char"/>
    <w:basedOn w:val="Predvolenpsmoodseku"/>
    <w:link w:val="Citcia"/>
    <w:uiPriority w:val="29"/>
    <w:rsid w:val="00FC693F"/>
    <w:rPr>
      <w:i/>
      <w:iCs/>
      <w:color w:val="000000" w:themeColor="text1"/>
    </w:rPr>
  </w:style>
  <w:style w:type="character" w:customStyle="1" w:styleId="Nadpis4Char">
    <w:name w:val="Nadpis 4 Char"/>
    <w:basedOn w:val="Predvolenpsmoodseku"/>
    <w:link w:val="Nadpis4"/>
    <w:uiPriority w:val="9"/>
    <w:semiHidden/>
    <w:rsid w:val="00FC693F"/>
    <w:rPr>
      <w:rFonts w:asciiTheme="majorHAnsi" w:eastAsiaTheme="majorEastAsia" w:hAnsiTheme="majorHAnsi" w:cstheme="majorBidi"/>
      <w:b/>
      <w:bCs/>
      <w:i/>
      <w:iCs/>
      <w:color w:val="4F81BD" w:themeColor="accent1"/>
    </w:rPr>
  </w:style>
  <w:style w:type="character" w:customStyle="1" w:styleId="Nadpis5Char">
    <w:name w:val="Nadpis 5 Char"/>
    <w:basedOn w:val="Predvolenpsmoodseku"/>
    <w:link w:val="Nadpis5"/>
    <w:uiPriority w:val="9"/>
    <w:semiHidden/>
    <w:rsid w:val="00FC693F"/>
    <w:rPr>
      <w:rFonts w:asciiTheme="majorHAnsi" w:eastAsiaTheme="majorEastAsia" w:hAnsiTheme="majorHAnsi" w:cstheme="majorBidi"/>
      <w:color w:val="243F60" w:themeColor="accent1" w:themeShade="7F"/>
    </w:rPr>
  </w:style>
  <w:style w:type="character" w:customStyle="1" w:styleId="Nadpis6Char">
    <w:name w:val="Nadpis 6 Char"/>
    <w:basedOn w:val="Predvolenpsmoodseku"/>
    <w:link w:val="Nadpis6"/>
    <w:uiPriority w:val="9"/>
    <w:semiHidden/>
    <w:rsid w:val="00FC693F"/>
    <w:rPr>
      <w:rFonts w:asciiTheme="majorHAnsi" w:eastAsiaTheme="majorEastAsia" w:hAnsiTheme="majorHAnsi" w:cstheme="majorBidi"/>
      <w:i/>
      <w:iCs/>
      <w:color w:val="243F60" w:themeColor="accent1" w:themeShade="7F"/>
    </w:rPr>
  </w:style>
  <w:style w:type="character" w:customStyle="1" w:styleId="Nadpis7Char">
    <w:name w:val="Nadpis 7 Char"/>
    <w:basedOn w:val="Predvolenpsmoodseku"/>
    <w:link w:val="Nadpis7"/>
    <w:uiPriority w:val="9"/>
    <w:semiHidden/>
    <w:rsid w:val="00FC693F"/>
    <w:rPr>
      <w:rFonts w:asciiTheme="majorHAnsi" w:eastAsiaTheme="majorEastAsia" w:hAnsiTheme="majorHAnsi" w:cstheme="majorBidi"/>
      <w:i/>
      <w:iCs/>
      <w:color w:val="404040" w:themeColor="text1" w:themeTint="BF"/>
    </w:rPr>
  </w:style>
  <w:style w:type="character" w:customStyle="1" w:styleId="Nadpis8Char">
    <w:name w:val="Nadpis 8 Char"/>
    <w:basedOn w:val="Predvolenpsmoodseku"/>
    <w:link w:val="Nadpis8"/>
    <w:uiPriority w:val="9"/>
    <w:semiHidden/>
    <w:rsid w:val="00FC693F"/>
    <w:rPr>
      <w:rFonts w:asciiTheme="majorHAnsi" w:eastAsiaTheme="majorEastAsia" w:hAnsiTheme="majorHAnsi" w:cstheme="majorBidi"/>
      <w:color w:val="4F81BD" w:themeColor="accent1"/>
      <w:sz w:val="20"/>
      <w:szCs w:val="20"/>
    </w:rPr>
  </w:style>
  <w:style w:type="character" w:customStyle="1" w:styleId="Nadpis9Char">
    <w:name w:val="Nadpis 9 Char"/>
    <w:basedOn w:val="Predvolenpsmoodseku"/>
    <w:link w:val="Nadpis9"/>
    <w:uiPriority w:val="9"/>
    <w:semiHidden/>
    <w:rsid w:val="00FC693F"/>
    <w:rPr>
      <w:rFonts w:asciiTheme="majorHAnsi" w:eastAsiaTheme="majorEastAsia" w:hAnsiTheme="majorHAnsi" w:cstheme="majorBidi"/>
      <w:i/>
      <w:iCs/>
      <w:color w:val="404040" w:themeColor="text1" w:themeTint="BF"/>
      <w:sz w:val="20"/>
      <w:szCs w:val="20"/>
    </w:rPr>
  </w:style>
  <w:style w:type="paragraph" w:styleId="Popis">
    <w:name w:val="caption"/>
    <w:basedOn w:val="Normlny"/>
    <w:next w:val="Normlny"/>
    <w:uiPriority w:val="35"/>
    <w:semiHidden/>
    <w:unhideWhenUsed/>
    <w:qFormat/>
    <w:rsid w:val="00FC693F"/>
    <w:pPr>
      <w:spacing w:line="240" w:lineRule="auto"/>
    </w:pPr>
    <w:rPr>
      <w:b/>
      <w:bCs/>
      <w:color w:val="4F81BD" w:themeColor="accent1"/>
      <w:sz w:val="18"/>
      <w:szCs w:val="18"/>
    </w:rPr>
  </w:style>
  <w:style w:type="character" w:styleId="Vrazn">
    <w:name w:val="Strong"/>
    <w:basedOn w:val="Predvolenpsmoodseku"/>
    <w:uiPriority w:val="22"/>
    <w:qFormat/>
    <w:rsid w:val="00FC693F"/>
    <w:rPr>
      <w:b/>
      <w:bCs/>
    </w:rPr>
  </w:style>
  <w:style w:type="character" w:styleId="Zvraznenie">
    <w:name w:val="Emphasis"/>
    <w:basedOn w:val="Predvolenpsmoodseku"/>
    <w:uiPriority w:val="20"/>
    <w:qFormat/>
    <w:rsid w:val="00FC693F"/>
    <w:rPr>
      <w:i/>
      <w:iCs/>
    </w:rPr>
  </w:style>
  <w:style w:type="paragraph" w:styleId="Zvraznencitcia">
    <w:name w:val="Intense Quote"/>
    <w:basedOn w:val="Normlny"/>
    <w:next w:val="Normlny"/>
    <w:link w:val="Zvraznencitcia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ZvraznencitciaChar">
    <w:name w:val="Zvýraznená citácia Char"/>
    <w:basedOn w:val="Predvolenpsmoodseku"/>
    <w:link w:val="Zvraznencitcia"/>
    <w:uiPriority w:val="30"/>
    <w:rsid w:val="00FC693F"/>
    <w:rPr>
      <w:b/>
      <w:bCs/>
      <w:i/>
      <w:iCs/>
      <w:color w:val="4F81BD" w:themeColor="accent1"/>
    </w:rPr>
  </w:style>
  <w:style w:type="character" w:styleId="Jemnzvraznenie">
    <w:name w:val="Subtle Emphasis"/>
    <w:basedOn w:val="Predvolenpsmoodseku"/>
    <w:uiPriority w:val="19"/>
    <w:qFormat/>
    <w:rsid w:val="00FC693F"/>
    <w:rPr>
      <w:i/>
      <w:iCs/>
      <w:color w:val="808080" w:themeColor="text1" w:themeTint="7F"/>
    </w:rPr>
  </w:style>
  <w:style w:type="character" w:styleId="Intenzvnezvraznenie">
    <w:name w:val="Intense Emphasis"/>
    <w:basedOn w:val="Predvolenpsmoodseku"/>
    <w:uiPriority w:val="21"/>
    <w:qFormat/>
    <w:rsid w:val="00FC693F"/>
    <w:rPr>
      <w:b/>
      <w:bCs/>
      <w:i/>
      <w:iCs/>
      <w:color w:val="4F81BD" w:themeColor="accent1"/>
    </w:rPr>
  </w:style>
  <w:style w:type="character" w:styleId="Jemnodkaz">
    <w:name w:val="Subtle Reference"/>
    <w:basedOn w:val="Predvolenpsmoodseku"/>
    <w:uiPriority w:val="31"/>
    <w:qFormat/>
    <w:rsid w:val="00FC693F"/>
    <w:rPr>
      <w:smallCaps/>
      <w:color w:val="C0504D" w:themeColor="accent2"/>
      <w:u w:val="single"/>
    </w:rPr>
  </w:style>
  <w:style w:type="character" w:styleId="Zvraznenodkaz">
    <w:name w:val="Intense Reference"/>
    <w:basedOn w:val="Predvolenpsmoodseku"/>
    <w:uiPriority w:val="32"/>
    <w:qFormat/>
    <w:rsid w:val="00FC693F"/>
    <w:rPr>
      <w:b/>
      <w:bCs/>
      <w:smallCaps/>
      <w:color w:val="C0504D" w:themeColor="accent2"/>
      <w:spacing w:val="5"/>
      <w:u w:val="single"/>
    </w:rPr>
  </w:style>
  <w:style w:type="character" w:styleId="Nzovknihy">
    <w:name w:val="Book Title"/>
    <w:basedOn w:val="Predvolenpsmoodseku"/>
    <w:uiPriority w:val="33"/>
    <w:qFormat/>
    <w:rsid w:val="00FC693F"/>
    <w:rPr>
      <w:b/>
      <w:bCs/>
      <w:smallCaps/>
      <w:spacing w:val="5"/>
    </w:rPr>
  </w:style>
  <w:style w:type="paragraph" w:styleId="Hlavikaobsahu">
    <w:name w:val="TOC Heading"/>
    <w:basedOn w:val="Nadpis1"/>
    <w:next w:val="Normlny"/>
    <w:uiPriority w:val="39"/>
    <w:semiHidden/>
    <w:unhideWhenUsed/>
    <w:qFormat/>
    <w:rsid w:val="00FC693F"/>
    <w:pPr>
      <w:outlineLvl w:val="9"/>
    </w:pPr>
  </w:style>
  <w:style w:type="table" w:styleId="Mriekatabuky">
    <w:name w:val="Table Grid"/>
    <w:basedOn w:val="Normlnatabuka"/>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vetlpodfarbenie">
    <w:name w:val="Light Shading"/>
    <w:basedOn w:val="Normlnatabuka"/>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vetlpodfarbeniezvraznenie1">
    <w:name w:val="Light Shading Accent 1"/>
    <w:basedOn w:val="Normlnatabuka"/>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vetlpodfarbeniezvraznenie2">
    <w:name w:val="Light Shading Accent 2"/>
    <w:basedOn w:val="Normlnatabuka"/>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vetlpodfarbeniezvraznenie3">
    <w:name w:val="Light Shading Accent 3"/>
    <w:basedOn w:val="Normlnatabuka"/>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vetlpodfarbeniezvraznenie4">
    <w:name w:val="Light Shading Accent 4"/>
    <w:basedOn w:val="Normlnatabuka"/>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vetlpodfarbeniezvraznenie5">
    <w:name w:val="Light Shading Accent 5"/>
    <w:basedOn w:val="Normlnatabuka"/>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vetlpodfarbeniezvraznenie6">
    <w:name w:val="Light Shading Accent 6"/>
    <w:basedOn w:val="Normlnatabuka"/>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Svetlzoznam">
    <w:name w:val="Light List"/>
    <w:basedOn w:val="Normlnatabuka"/>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Svetlzoznamzvraznenie1">
    <w:name w:val="Light List Accent 1"/>
    <w:basedOn w:val="Normlnatabuka"/>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Svetlzoznamzvraznenie2">
    <w:name w:val="Light List Accent 2"/>
    <w:basedOn w:val="Normlnatabuka"/>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Svetlzoznamzvraznenie3">
    <w:name w:val="Light List Accent 3"/>
    <w:basedOn w:val="Normlnatabuka"/>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Svetlzoznamzvraznenie4">
    <w:name w:val="Light List Accent 4"/>
    <w:basedOn w:val="Normlnatabuka"/>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Svetlzoznamzvraznenie5">
    <w:name w:val="Light List Accent 5"/>
    <w:basedOn w:val="Normlnatabuka"/>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Svetlzoznamzvraznenie6">
    <w:name w:val="Light List Accent 6"/>
    <w:basedOn w:val="Normlnatabuka"/>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Svetlmrieka">
    <w:name w:val="Light Grid"/>
    <w:basedOn w:val="Normlnatabuka"/>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Svetlmriekazvraznenie1">
    <w:name w:val="Light Grid Accent 1"/>
    <w:basedOn w:val="Normlnatabuka"/>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Svetlmriekazvraznenie2">
    <w:name w:val="Light Grid Accent 2"/>
    <w:basedOn w:val="Normlnatabuka"/>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Svetlmriekazvraznenie3">
    <w:name w:val="Light Grid Accent 3"/>
    <w:basedOn w:val="Normlnatabuka"/>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Svetlmriekazvraznenie4">
    <w:name w:val="Light Grid Accent 4"/>
    <w:basedOn w:val="Normlnatabuka"/>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Svetlmriekazvraznenie5">
    <w:name w:val="Light Grid Accent 5"/>
    <w:basedOn w:val="Normlnatabuka"/>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Svetlmriekazvraznenie6">
    <w:name w:val="Light Grid Accent 6"/>
    <w:basedOn w:val="Normlnatabuka"/>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trednpodfarbenie1">
    <w:name w:val="Medium Shading 1"/>
    <w:basedOn w:val="Normlnatabuka"/>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trednpodfarbenie1zvraznenie1">
    <w:name w:val="Medium Shading 1 Accent 1"/>
    <w:basedOn w:val="Normlnatabuka"/>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trednpodfarbenie1zvraznenie2">
    <w:name w:val="Medium Shading 1 Accent 2"/>
    <w:basedOn w:val="Normlnatabuka"/>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trednpodfarbenie1zvraznenie3">
    <w:name w:val="Medium Shading 1 Accent 3"/>
    <w:basedOn w:val="Normlnatabuka"/>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trednpodfarbenie1zvraznenie4">
    <w:name w:val="Medium Shading 1 Accent 4"/>
    <w:basedOn w:val="Normlnatabuka"/>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trednpodfarbenie1zvraznenie5">
    <w:name w:val="Medium Shading 1 Accent 5"/>
    <w:basedOn w:val="Normlnatabuka"/>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Farebnpodfarbenie1zvraznenie6">
    <w:name w:val="Medium Shading 1 Accent 6"/>
    <w:basedOn w:val="Normlnatabuka"/>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trednpodfarbenie2">
    <w:name w:val="Medium Shading 2"/>
    <w:basedOn w:val="Normlnatabuk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rednpodfarbenie2zvraznenie1">
    <w:name w:val="Medium Shading 2 Accent 1"/>
    <w:basedOn w:val="Normlnatabuk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rednpodfarbenie2zvraznenie2">
    <w:name w:val="Medium Shading 2 Accent 2"/>
    <w:basedOn w:val="Normlnatabuk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rednpodfarbenie2zvraznenie3">
    <w:name w:val="Medium Shading 2 Accent 3"/>
    <w:basedOn w:val="Normlnatabuk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rednpodfarbenie2zvraznenie4">
    <w:name w:val="Medium Shading 2 Accent 4"/>
    <w:basedOn w:val="Normlnatabuk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rednpodfarbenie2zvraznenie5">
    <w:name w:val="Medium Shading 2 Accent 5"/>
    <w:basedOn w:val="Normlnatabuk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Farebnpodfarbenie2zvraznenie6">
    <w:name w:val="Medium Shading 2 Accent 6"/>
    <w:basedOn w:val="Normlnatabuk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rednzoznam1">
    <w:name w:val="Medium List 1"/>
    <w:basedOn w:val="Normlnatabuka"/>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Strednzoznam1zvraznenie1">
    <w:name w:val="Medium List 1 Accent 1"/>
    <w:basedOn w:val="Normlnatabuka"/>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Strednzoznam1zvraznenie2">
    <w:name w:val="Medium List 1 Accent 2"/>
    <w:basedOn w:val="Normlnatabuka"/>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Strednzoznam1zvraznenie3">
    <w:name w:val="Medium List 1 Accent 3"/>
    <w:basedOn w:val="Normlnatabuka"/>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Strednzoznam1zvraznenie4">
    <w:name w:val="Medium List 1 Accent 4"/>
    <w:basedOn w:val="Normlnatabuka"/>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Strednzoznam1zvraznenie5">
    <w:name w:val="Medium List 1 Accent 5"/>
    <w:basedOn w:val="Normlnatabuka"/>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Strednzoznam1zvraznenie6">
    <w:name w:val="Medium List 1 Accent 6"/>
    <w:basedOn w:val="Normlnatabuka"/>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Strednzoznam2">
    <w:name w:val="Medium List 2"/>
    <w:basedOn w:val="Normlnatabu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Strednzoznam2zvraznenie1">
    <w:name w:val="Medium List 2 Accent 1"/>
    <w:basedOn w:val="Normlnatabu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Strednzoznam2zvraznenie2">
    <w:name w:val="Medium List 2 Accent 2"/>
    <w:basedOn w:val="Normlnatabu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Strednzoznam2zvraznenie3">
    <w:name w:val="Medium List 2 Accent 3"/>
    <w:basedOn w:val="Normlnatabu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Strednzoznam2zvraznenie4">
    <w:name w:val="Medium List 2 Accent 4"/>
    <w:basedOn w:val="Normlnatabu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Strednzoznam2zvraznenie5">
    <w:name w:val="Medium List 2 Accent 5"/>
    <w:basedOn w:val="Normlnatabu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Strednzoznam2zvraznenie6">
    <w:name w:val="Medium List 2 Accent 6"/>
    <w:basedOn w:val="Normlnatabu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Strednmrieka1">
    <w:name w:val="Medium Grid 1"/>
    <w:basedOn w:val="Normlnatabuka"/>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Strednmrieka1zvraznenie1">
    <w:name w:val="Medium Grid 1 Accent 1"/>
    <w:basedOn w:val="Normlnatabuka"/>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Strednmrieka1zvraznenie2">
    <w:name w:val="Medium Grid 1 Accent 2"/>
    <w:basedOn w:val="Normlnatabuka"/>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Strednmrieka1zvraznenie3">
    <w:name w:val="Medium Grid 1 Accent 3"/>
    <w:basedOn w:val="Normlnatabuka"/>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Strednmrieka1zvraznenie4">
    <w:name w:val="Medium Grid 1 Accent 4"/>
    <w:basedOn w:val="Normlnatabuka"/>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Strednmrieka1zvraznenie5">
    <w:name w:val="Medium Grid 1 Accent 5"/>
    <w:basedOn w:val="Normlnatabuka"/>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Strednmrieka1zvraznenie6">
    <w:name w:val="Medium Grid 1 Accent 6"/>
    <w:basedOn w:val="Normlnatabuka"/>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Strednmrieka2">
    <w:name w:val="Medium Grid 2"/>
    <w:basedOn w:val="Normlnatabu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Strednmrieka2zvraznenie1">
    <w:name w:val="Medium Grid 2 Accent 1"/>
    <w:basedOn w:val="Normlnatabu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Strednmrieka2zvraznenie2">
    <w:name w:val="Medium Grid 2 Accent 2"/>
    <w:basedOn w:val="Normlnatabu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Strednmrieka2zvraznenie3">
    <w:name w:val="Medium Grid 2 Accent 3"/>
    <w:basedOn w:val="Normlnatabu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Strednmrieka2zvraznenie4">
    <w:name w:val="Medium Grid 2 Accent 4"/>
    <w:basedOn w:val="Normlnatabu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Strednmrieka2zvraznenie5">
    <w:name w:val="Medium Grid 2 Accent 5"/>
    <w:basedOn w:val="Normlnatabu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Strednmrieka2zvraznenie6">
    <w:name w:val="Medium Grid 2 Accent 6"/>
    <w:basedOn w:val="Normlnatabu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Strednmrieka3">
    <w:name w:val="Medium Grid 3"/>
    <w:basedOn w:val="Normlnatabuk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Strednmrieka3zvraznenie1">
    <w:name w:val="Medium Grid 3 Accent 1"/>
    <w:basedOn w:val="Normlnatabuk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Strednmrieka3zvraznenie2">
    <w:name w:val="Medium Grid 3 Accent 2"/>
    <w:basedOn w:val="Normlnatabuk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Strednmrieka3zvraznenie3">
    <w:name w:val="Medium Grid 3 Accent 3"/>
    <w:basedOn w:val="Normlnatabuk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Strednmrieka3zvraznenie4">
    <w:name w:val="Medium Grid 3 Accent 4"/>
    <w:basedOn w:val="Normlnatabuk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Strednmrieka3zvraznenie5">
    <w:name w:val="Medium Grid 3 Accent 5"/>
    <w:basedOn w:val="Normlnatabuk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Strednmrieka3zvraznenie6">
    <w:name w:val="Medium Grid 3 Accent 6"/>
    <w:basedOn w:val="Normlnatabuk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Tmavzoznam">
    <w:name w:val="Dark List"/>
    <w:basedOn w:val="Normlnatabuka"/>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Tmavzoznamzvraznenie1">
    <w:name w:val="Dark List Accent 1"/>
    <w:basedOn w:val="Normlnatabuka"/>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Tmavzoznamzvraznenie2">
    <w:name w:val="Dark List Accent 2"/>
    <w:basedOn w:val="Normlnatabuka"/>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Tmavzoznamzvraznenie3">
    <w:name w:val="Dark List Accent 3"/>
    <w:basedOn w:val="Normlnatabuka"/>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Tmavzoznamzvraznenie4">
    <w:name w:val="Dark List Accent 4"/>
    <w:basedOn w:val="Normlnatabuka"/>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Tmavzoznamzvraznenie5">
    <w:name w:val="Dark List Accent 5"/>
    <w:basedOn w:val="Normlnatabuka"/>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Tmavzoznamzvraznenie6">
    <w:name w:val="Dark List Accent 6"/>
    <w:basedOn w:val="Normlnatabuka"/>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Farebnpodfarbenie">
    <w:name w:val="Colorful Shading"/>
    <w:basedOn w:val="Normlnatabuka"/>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arebnpodfarbeniezvraznenie1">
    <w:name w:val="Colorful Shading Accent 1"/>
    <w:basedOn w:val="Normlnatabuka"/>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Farebnpodfarbeniezvraznenie2">
    <w:name w:val="Colorful Shading Accent 2"/>
    <w:basedOn w:val="Normlnatabuka"/>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Farebnpodfarbeniezvraznenie3">
    <w:name w:val="Colorful Shading Accent 3"/>
    <w:basedOn w:val="Normlnatabuka"/>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Farebnpodfarbeniezvraznenie4">
    <w:name w:val="Colorful Shading Accent 4"/>
    <w:basedOn w:val="Normlnatabuka"/>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Farebnpodfarbeniezvraznenie5">
    <w:name w:val="Colorful Shading Accent 5"/>
    <w:basedOn w:val="Normlnatabuka"/>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Farebnpodfarbeniezvraznenie6">
    <w:name w:val="Colorful Shading Accent 6"/>
    <w:basedOn w:val="Normlnatabuka"/>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Farebnzoznam">
    <w:name w:val="Colorful List"/>
    <w:basedOn w:val="Normlnatabuka"/>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arebnzoznamzvraznenie1">
    <w:name w:val="Colorful List Accent 1"/>
    <w:basedOn w:val="Normlnatabuka"/>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Farebnzoznamzvraznenie2">
    <w:name w:val="Colorful List Accent 2"/>
    <w:basedOn w:val="Normlnatabuka"/>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Farebnzoznamzvraznenie3">
    <w:name w:val="Colorful List Accent 3"/>
    <w:basedOn w:val="Normlnatabuka"/>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Farebnzoznamzvraznenie4">
    <w:name w:val="Colorful List Accent 4"/>
    <w:basedOn w:val="Normlnatabuka"/>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Farebnzoznamzvraznenie5">
    <w:name w:val="Colorful List Accent 5"/>
    <w:basedOn w:val="Normlnatabuka"/>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Farebnzoznamzvraznenie6">
    <w:name w:val="Colorful List Accent 6"/>
    <w:basedOn w:val="Normlnatabuka"/>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Farebnmrieka">
    <w:name w:val="Colorful Grid"/>
    <w:basedOn w:val="Normlnatabuk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arebnmriekazvraznenie1">
    <w:name w:val="Colorful Grid Accent 1"/>
    <w:basedOn w:val="Normlnatabuk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Farebnmriekazvraznenie2">
    <w:name w:val="Colorful Grid Accent 2"/>
    <w:basedOn w:val="Normlnatabuk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Farebnmriekazvraznenie3">
    <w:name w:val="Colorful Grid Accent 3"/>
    <w:basedOn w:val="Normlnatabuk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Farebnmriekazvraznenie4">
    <w:name w:val="Colorful Grid Accent 4"/>
    <w:basedOn w:val="Normlnatabuk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Farebnmriekazvraznenie5">
    <w:name w:val="Colorful Grid Accent 5"/>
    <w:basedOn w:val="Normlnatabuk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Farebnmriekazvraznenie6">
    <w:name w:val="Colorful Grid Accent 6"/>
    <w:basedOn w:val="Normlnatabuk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Textpoznmkypodiarou">
    <w:name w:val="footnote text"/>
    <w:basedOn w:val="Normlny"/>
    <w:link w:val="TextpoznmkypodiarouChar"/>
    <w:uiPriority w:val="99"/>
    <w:rsid w:val="00E557AB"/>
    <w:pPr>
      <w:spacing w:after="0" w:line="240" w:lineRule="auto"/>
    </w:pPr>
    <w:rPr>
      <w:rFonts w:ascii="Times New Roman" w:eastAsia="Times New Roman" w:hAnsi="Times New Roman" w:cs="Times New Roman"/>
      <w:sz w:val="20"/>
      <w:szCs w:val="20"/>
      <w:lang w:eastAsia="sk-SK"/>
    </w:rPr>
  </w:style>
  <w:style w:type="character" w:customStyle="1" w:styleId="TextpoznmkypodiarouChar">
    <w:name w:val="Text poznámky pod čiarou Char"/>
    <w:basedOn w:val="Predvolenpsmoodseku"/>
    <w:link w:val="Textpoznmkypodiarou"/>
    <w:uiPriority w:val="99"/>
    <w:rsid w:val="00E557AB"/>
    <w:rPr>
      <w:rFonts w:ascii="Times New Roman" w:eastAsia="Times New Roman" w:hAnsi="Times New Roman" w:cs="Times New Roman"/>
      <w:sz w:val="20"/>
      <w:szCs w:val="20"/>
      <w:lang w:val="sk-SK" w:eastAsia="sk-SK"/>
    </w:rPr>
  </w:style>
  <w:style w:type="character" w:styleId="Odkaznapoznmkupodiarou">
    <w:name w:val="footnote reference"/>
    <w:basedOn w:val="Predvolenpsmoodseku"/>
    <w:uiPriority w:val="99"/>
    <w:rsid w:val="00E557AB"/>
    <w:rPr>
      <w:rFonts w:cs="Times New Roman"/>
      <w:vertAlign w:val="superscript"/>
    </w:rPr>
  </w:style>
  <w:style w:type="character" w:styleId="Odkaznakomentr">
    <w:name w:val="annotation reference"/>
    <w:basedOn w:val="Predvolenpsmoodseku"/>
    <w:uiPriority w:val="99"/>
    <w:rsid w:val="00E557AB"/>
    <w:rPr>
      <w:rFonts w:cs="Times New Roman"/>
      <w:sz w:val="16"/>
      <w:szCs w:val="16"/>
    </w:rPr>
  </w:style>
  <w:style w:type="paragraph" w:styleId="Textkomentra">
    <w:name w:val="annotation text"/>
    <w:basedOn w:val="Normlny"/>
    <w:link w:val="TextkomentraChar"/>
    <w:uiPriority w:val="99"/>
    <w:rsid w:val="00E557AB"/>
    <w:pPr>
      <w:spacing w:after="0" w:line="240" w:lineRule="auto"/>
    </w:pPr>
    <w:rPr>
      <w:rFonts w:ascii="Times New Roman" w:eastAsia="Times New Roman" w:hAnsi="Times New Roman" w:cs="Times New Roman"/>
      <w:sz w:val="20"/>
      <w:szCs w:val="20"/>
      <w:lang w:eastAsia="sk-SK"/>
    </w:rPr>
  </w:style>
  <w:style w:type="character" w:customStyle="1" w:styleId="TextkomentraChar">
    <w:name w:val="Text komentára Char"/>
    <w:basedOn w:val="Predvolenpsmoodseku"/>
    <w:link w:val="Textkomentra"/>
    <w:uiPriority w:val="99"/>
    <w:rsid w:val="00E557AB"/>
    <w:rPr>
      <w:rFonts w:ascii="Times New Roman" w:eastAsia="Times New Roman" w:hAnsi="Times New Roman" w:cs="Times New Roman"/>
      <w:sz w:val="20"/>
      <w:szCs w:val="20"/>
      <w:lang w:val="sk-SK"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6</Pages>
  <Words>1874</Words>
  <Characters>10687</Characters>
  <Application>Microsoft Office Word</Application>
  <DocSecurity>0</DocSecurity>
  <Lines>89</Lines>
  <Paragraphs>25</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12536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Andrea Varadyova</cp:lastModifiedBy>
  <cp:revision>4</cp:revision>
  <cp:lastPrinted>2026-05-04T06:58:00Z</cp:lastPrinted>
  <dcterms:created xsi:type="dcterms:W3CDTF">2026-05-14T21:06:00Z</dcterms:created>
  <dcterms:modified xsi:type="dcterms:W3CDTF">2026-06-05T20:22:00Z</dcterms:modified>
  <cp:category/>
</cp:coreProperties>
</file>